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069"/>
        <w:gridCol w:w="6146"/>
        <w:gridCol w:w="2069"/>
        <w:gridCol w:w="6146"/>
      </w:tblGrid>
      <w:tr w:rsidR="006B6354" w14:paraId="661C95D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7F038CA4" w14:textId="77777777" w:rsidR="006B6354" w:rsidRPr="00601103" w:rsidRDefault="00000000">
            <w:pPr>
              <w:spacing w:line="240" w:lineRule="auto"/>
              <w:jc w:val="center"/>
              <w:rPr>
                <w:rFonts w:hint="eastAsia"/>
                <w:lang w:val="pl-PL"/>
              </w:rPr>
            </w:pPr>
            <w:r w:rsidRPr="00601103">
              <w:rPr>
                <w:b/>
                <w:color w:val="FFFFFF"/>
                <w:lang w:val="pl-PL"/>
              </w:rPr>
              <w:t>Rany Julek! O tym jak Julian Tuwim został poetą</w:t>
            </w:r>
          </w:p>
          <w:p w14:paraId="46377E64" w14:textId="77777777" w:rsidR="006B6354" w:rsidRDefault="00000000">
            <w:pPr>
              <w:spacing w:line="240" w:lineRule="auto"/>
              <w:jc w:val="center"/>
              <w:rPr>
                <w:rFonts w:hint="eastAsia"/>
              </w:rPr>
            </w:pPr>
            <w:r>
              <w:rPr>
                <w:i/>
                <w:color w:val="F8F0F9"/>
                <w:sz w:val="18"/>
              </w:rPr>
              <w:t xml:space="preserve">Agnieszka </w:t>
            </w:r>
            <w:proofErr w:type="spellStart"/>
            <w:r>
              <w:rPr>
                <w:i/>
                <w:color w:val="F8F0F9"/>
                <w:sz w:val="18"/>
              </w:rPr>
              <w:t>Frączek</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59F8A442" w14:textId="77777777" w:rsidR="006B6354" w:rsidRPr="00601103" w:rsidRDefault="00000000">
            <w:pPr>
              <w:spacing w:line="240" w:lineRule="auto"/>
              <w:jc w:val="center"/>
              <w:rPr>
                <w:rFonts w:hint="eastAsia"/>
                <w:lang w:val="pl-PL"/>
              </w:rPr>
            </w:pPr>
            <w:r w:rsidRPr="00601103">
              <w:rPr>
                <w:b/>
                <w:color w:val="FFFFFF"/>
                <w:lang w:val="pl-PL"/>
              </w:rPr>
              <w:t>10 opowieści o piratach, jakich jeszcze nie znajdziecie.</w:t>
            </w:r>
          </w:p>
          <w:p w14:paraId="32C26154" w14:textId="77777777" w:rsidR="006B6354" w:rsidRDefault="00000000">
            <w:pPr>
              <w:spacing w:line="240" w:lineRule="auto"/>
              <w:jc w:val="center"/>
              <w:rPr>
                <w:rFonts w:hint="eastAsia"/>
              </w:rPr>
            </w:pPr>
            <w:r>
              <w:rPr>
                <w:i/>
                <w:color w:val="F8F0F9"/>
                <w:sz w:val="18"/>
              </w:rPr>
              <w:t>Claire Bertholet</w:t>
            </w:r>
          </w:p>
        </w:tc>
      </w:tr>
      <w:tr w:rsidR="006B6354" w:rsidRPr="00601103" w14:paraId="04E99F8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1ACB656" w14:textId="77777777" w:rsidR="006B6354" w:rsidRDefault="00000000">
            <w:pPr>
              <w:jc w:val="center"/>
              <w:rPr>
                <w:rFonts w:hint="eastAsia"/>
              </w:rPr>
            </w:pPr>
            <w:r>
              <w:rPr>
                <w:noProof/>
              </w:rPr>
              <w:drawing>
                <wp:inline distT="0" distB="0" distL="0" distR="0" wp14:anchorId="7DFBBE6C" wp14:editId="3DC521F5">
                  <wp:extent cx="1227600" cy="16924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
                          <a:stretch>
                            <a:fillRect/>
                          </a:stretch>
                        </pic:blipFill>
                        <pic:spPr>
                          <a:xfrm>
                            <a:off x="0" y="0"/>
                            <a:ext cx="1227600" cy="1692463"/>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9DBF6A9" w14:textId="77777777" w:rsidR="006B6354" w:rsidRDefault="00000000">
            <w:pPr>
              <w:spacing w:line="250" w:lineRule="auto"/>
              <w:jc w:val="center"/>
              <w:rPr>
                <w:rFonts w:hint="eastAsia"/>
              </w:rPr>
            </w:pPr>
            <w:r w:rsidRPr="00601103">
              <w:rPr>
                <w:color w:val="1C1E22"/>
                <w:sz w:val="22"/>
                <w:lang w:val="pl-PL"/>
              </w:rPr>
              <w:t xml:space="preserve">Opowieść o Julku – niezłym ziółku. O budowaniu bardzo skomplikowanych, do niczego niesłużących maszyn i urządzeń. O hodowli zaskrońców w pudełku, zaklinaniu kamieni i…nieudanym wysadzeniu w powietrze pewnej łódzkiej kamienicy. </w:t>
            </w:r>
            <w:r>
              <w:rPr>
                <w:color w:val="1C1E22"/>
                <w:sz w:val="22"/>
              </w:rPr>
              <w:t xml:space="preserve">To </w:t>
            </w:r>
            <w:proofErr w:type="spellStart"/>
            <w:r>
              <w:rPr>
                <w:color w:val="1C1E22"/>
                <w:sz w:val="22"/>
              </w:rPr>
              <w:t>właśnie</w:t>
            </w:r>
            <w:proofErr w:type="spellEnd"/>
            <w:r>
              <w:rPr>
                <w:color w:val="1C1E22"/>
                <w:sz w:val="22"/>
              </w:rPr>
              <w:t xml:space="preserve"> </w:t>
            </w:r>
            <w:proofErr w:type="spellStart"/>
            <w:r>
              <w:rPr>
                <w:color w:val="1C1E22"/>
                <w:sz w:val="22"/>
              </w:rPr>
              <w:t>dzięki</w:t>
            </w:r>
            <w:proofErr w:type="spellEnd"/>
            <w:r>
              <w:rPr>
                <w:color w:val="1C1E22"/>
                <w:sz w:val="22"/>
              </w:rPr>
              <w:t xml:space="preserve"> </w:t>
            </w:r>
            <w:proofErr w:type="spellStart"/>
            <w:r>
              <w:rPr>
                <w:color w:val="1C1E22"/>
                <w:sz w:val="22"/>
              </w:rPr>
              <w:t>wielu</w:t>
            </w:r>
            <w:proofErr w:type="spellEnd"/>
            <w:r>
              <w:rPr>
                <w:color w:val="1C1E22"/>
                <w:sz w:val="22"/>
              </w:rPr>
              <w:t xml:space="preserve"> swoim pasjom Julek został poetą.</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69256C8" w14:textId="77777777" w:rsidR="006B6354" w:rsidRDefault="00000000">
            <w:pPr>
              <w:jc w:val="center"/>
              <w:rPr>
                <w:rFonts w:hint="eastAsia"/>
              </w:rPr>
            </w:pPr>
            <w:r>
              <w:rPr>
                <w:noProof/>
              </w:rPr>
              <w:drawing>
                <wp:inline distT="0" distB="0" distL="0" distR="0" wp14:anchorId="4EB47D0F" wp14:editId="7D2E861B">
                  <wp:extent cx="1227600" cy="18291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1227600" cy="182912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71828FF" w14:textId="77777777" w:rsidR="006B6354" w:rsidRPr="00601103" w:rsidRDefault="00000000">
            <w:pPr>
              <w:spacing w:line="250" w:lineRule="auto"/>
              <w:jc w:val="center"/>
              <w:rPr>
                <w:rFonts w:hint="eastAsia"/>
                <w:lang w:val="pl-PL"/>
              </w:rPr>
            </w:pPr>
            <w:r w:rsidRPr="00601103">
              <w:rPr>
                <w:color w:val="1C1E22"/>
                <w:sz w:val="22"/>
                <w:lang w:val="pl-PL"/>
              </w:rPr>
              <w:t xml:space="preserve">Wszystkie ręce na pokład! Kapitan Rudobrody przemierza morza i oceany w poszukiwaniu słynnego skarbu Kuternogi. Tymczasem </w:t>
            </w:r>
            <w:proofErr w:type="spellStart"/>
            <w:r w:rsidRPr="00601103">
              <w:rPr>
                <w:color w:val="1C1E22"/>
                <w:sz w:val="22"/>
                <w:lang w:val="pl-PL"/>
              </w:rPr>
              <w:t>Piratix</w:t>
            </w:r>
            <w:proofErr w:type="spellEnd"/>
            <w:r w:rsidRPr="00601103">
              <w:rPr>
                <w:color w:val="1C1E22"/>
                <w:sz w:val="22"/>
                <w:lang w:val="pl-PL"/>
              </w:rPr>
              <w:t xml:space="preserve"> mknie przez galaktyki w swoim statku kosmicznym „</w:t>
            </w:r>
            <w:proofErr w:type="spellStart"/>
            <w:r w:rsidRPr="00601103">
              <w:rPr>
                <w:color w:val="1C1E22"/>
                <w:sz w:val="22"/>
                <w:lang w:val="pl-PL"/>
              </w:rPr>
              <w:t>Karrambolu</w:t>
            </w:r>
            <w:proofErr w:type="spellEnd"/>
            <w:r w:rsidRPr="00601103">
              <w:rPr>
                <w:color w:val="1C1E22"/>
                <w:sz w:val="22"/>
                <w:lang w:val="pl-PL"/>
              </w:rPr>
              <w:t xml:space="preserve">”. Czy kapitan </w:t>
            </w:r>
            <w:proofErr w:type="spellStart"/>
            <w:r w:rsidRPr="00601103">
              <w:rPr>
                <w:color w:val="1C1E22"/>
                <w:sz w:val="22"/>
                <w:lang w:val="pl-PL"/>
              </w:rPr>
              <w:t>Grzmotogłos</w:t>
            </w:r>
            <w:proofErr w:type="spellEnd"/>
            <w:r w:rsidRPr="00601103">
              <w:rPr>
                <w:color w:val="1C1E22"/>
                <w:sz w:val="22"/>
                <w:lang w:val="pl-PL"/>
              </w:rPr>
              <w:t xml:space="preserve"> odzyska w końcu utracony głos? Pełne ciekawych przygód historyjki zabiorą cię w fascynujący rejs śladami piratów, jakich jeszcze nie znasz.</w:t>
            </w:r>
          </w:p>
        </w:tc>
      </w:tr>
      <w:tr w:rsidR="006B6354" w14:paraId="086FF90C"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19985D7" w14:textId="77777777" w:rsidR="006B6354" w:rsidRDefault="00000000">
            <w:pPr>
              <w:rPr>
                <w:rFonts w:hint="eastAsia"/>
              </w:rPr>
            </w:pPr>
            <w:r>
              <w:rPr>
                <w:b/>
                <w:color w:val="0C0C0C"/>
                <w:sz w:val="18"/>
              </w:rPr>
              <w:t>B0021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9B03863" w14:textId="77777777" w:rsidR="006B6354" w:rsidRDefault="00000000">
            <w:pPr>
              <w:rPr>
                <w:rFonts w:hint="eastAsia"/>
              </w:rPr>
            </w:pPr>
            <w:r>
              <w:rPr>
                <w:b/>
                <w:color w:val="0C0C0C"/>
                <w:sz w:val="18"/>
              </w:rPr>
              <w:t>B0022</w:t>
            </w:r>
          </w:p>
        </w:tc>
      </w:tr>
      <w:tr w:rsidR="006B6354" w:rsidRPr="00601103" w14:paraId="5820FA25"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4AB1F4FC" w14:textId="77777777" w:rsidR="006B6354" w:rsidRPr="00601103" w:rsidRDefault="00000000">
            <w:pPr>
              <w:spacing w:line="240" w:lineRule="auto"/>
              <w:jc w:val="center"/>
              <w:rPr>
                <w:rFonts w:hint="eastAsia"/>
                <w:lang w:val="pl-PL"/>
              </w:rPr>
            </w:pPr>
            <w:r w:rsidRPr="00601103">
              <w:rPr>
                <w:b/>
                <w:color w:val="FFFFFF"/>
                <w:lang w:val="pl-PL"/>
              </w:rPr>
              <w:t xml:space="preserve">Mały </w:t>
            </w:r>
            <w:proofErr w:type="spellStart"/>
            <w:r w:rsidRPr="00601103">
              <w:rPr>
                <w:b/>
                <w:color w:val="FFFFFF"/>
                <w:lang w:val="pl-PL"/>
              </w:rPr>
              <w:t>Saj</w:t>
            </w:r>
            <w:proofErr w:type="spellEnd"/>
            <w:r w:rsidRPr="00601103">
              <w:rPr>
                <w:b/>
                <w:color w:val="FFFFFF"/>
                <w:lang w:val="pl-PL"/>
              </w:rPr>
              <w:t xml:space="preserve"> i wielka przygoda.</w:t>
            </w:r>
          </w:p>
          <w:p w14:paraId="28104728" w14:textId="77777777" w:rsidR="006B6354" w:rsidRDefault="00000000">
            <w:pPr>
              <w:spacing w:line="240" w:lineRule="auto"/>
              <w:jc w:val="center"/>
              <w:rPr>
                <w:rFonts w:hint="eastAsia"/>
              </w:rPr>
            </w:pPr>
            <w:r>
              <w:rPr>
                <w:i/>
                <w:color w:val="F8F0F9"/>
                <w:sz w:val="18"/>
              </w:rPr>
              <w:t xml:space="preserve">Magdalena </w:t>
            </w:r>
            <w:proofErr w:type="spellStart"/>
            <w:r>
              <w:rPr>
                <w:i/>
                <w:color w:val="F8F0F9"/>
                <w:sz w:val="18"/>
              </w:rPr>
              <w:t>Wiśniewska</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13869AAE" w14:textId="77777777" w:rsidR="006B6354" w:rsidRPr="00601103" w:rsidRDefault="00000000">
            <w:pPr>
              <w:spacing w:line="240" w:lineRule="auto"/>
              <w:jc w:val="center"/>
              <w:rPr>
                <w:rFonts w:hint="eastAsia"/>
                <w:lang w:val="pl-PL"/>
              </w:rPr>
            </w:pPr>
            <w:r w:rsidRPr="00601103">
              <w:rPr>
                <w:b/>
                <w:color w:val="FFFFFF"/>
                <w:lang w:val="pl-PL"/>
              </w:rPr>
              <w:t>Misia i jej mali pacjenci. Milusi uciekinier.</w:t>
            </w:r>
          </w:p>
          <w:p w14:paraId="2DE8D430" w14:textId="77777777" w:rsidR="006B6354" w:rsidRPr="00601103" w:rsidRDefault="00000000">
            <w:pPr>
              <w:spacing w:line="240" w:lineRule="auto"/>
              <w:jc w:val="center"/>
              <w:rPr>
                <w:rFonts w:hint="eastAsia"/>
                <w:lang w:val="pl-PL"/>
              </w:rPr>
            </w:pPr>
            <w:r w:rsidRPr="00601103">
              <w:rPr>
                <w:i/>
                <w:color w:val="F8F0F9"/>
                <w:sz w:val="18"/>
                <w:lang w:val="pl-PL"/>
              </w:rPr>
              <w:t xml:space="preserve">Aniela Cholewińska - </w:t>
            </w:r>
            <w:proofErr w:type="spellStart"/>
            <w:r w:rsidRPr="00601103">
              <w:rPr>
                <w:i/>
                <w:color w:val="F8F0F9"/>
                <w:sz w:val="18"/>
                <w:lang w:val="pl-PL"/>
              </w:rPr>
              <w:t>Szkolik</w:t>
            </w:r>
            <w:proofErr w:type="spellEnd"/>
          </w:p>
        </w:tc>
      </w:tr>
      <w:tr w:rsidR="006B6354" w:rsidRPr="00601103" w14:paraId="63CB8A1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4294CF0" w14:textId="77777777" w:rsidR="006B6354" w:rsidRDefault="00000000">
            <w:pPr>
              <w:jc w:val="center"/>
              <w:rPr>
                <w:rFonts w:hint="eastAsia"/>
              </w:rPr>
            </w:pPr>
            <w:r>
              <w:rPr>
                <w:noProof/>
              </w:rPr>
              <w:drawing>
                <wp:inline distT="0" distB="0" distL="0" distR="0" wp14:anchorId="7CDBBBF5" wp14:editId="14C6937A">
                  <wp:extent cx="1227600" cy="14802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1227600" cy="148021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F795174" w14:textId="77777777" w:rsidR="006B6354" w:rsidRPr="00601103" w:rsidRDefault="00000000">
            <w:pPr>
              <w:spacing w:line="250" w:lineRule="auto"/>
              <w:jc w:val="center"/>
              <w:rPr>
                <w:rFonts w:hint="eastAsia"/>
                <w:lang w:val="pl-PL"/>
              </w:rPr>
            </w:pPr>
            <w:r w:rsidRPr="00601103">
              <w:rPr>
                <w:color w:val="1C1E22"/>
                <w:sz w:val="22"/>
                <w:lang w:val="pl-PL"/>
              </w:rPr>
              <w:t>ilustrowana bajka o chłopczyku mieszkającym w Indiach. Chłopca spotykają różne przygody w świecie wyobraźni, jaki i tym rzeczywistym.</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C36A6CF" w14:textId="77777777" w:rsidR="006B6354" w:rsidRDefault="00000000">
            <w:pPr>
              <w:jc w:val="center"/>
              <w:rPr>
                <w:rFonts w:hint="eastAsia"/>
              </w:rPr>
            </w:pPr>
            <w:r>
              <w:rPr>
                <w:noProof/>
              </w:rPr>
              <w:drawing>
                <wp:inline distT="0" distB="0" distL="0" distR="0" wp14:anchorId="21147156" wp14:editId="284CA4B2">
                  <wp:extent cx="1227600" cy="15068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1227600" cy="150680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7AA1A9B" w14:textId="77777777" w:rsidR="006B6354" w:rsidRPr="00601103" w:rsidRDefault="00000000">
            <w:pPr>
              <w:spacing w:line="250" w:lineRule="auto"/>
              <w:jc w:val="center"/>
              <w:rPr>
                <w:rFonts w:hint="eastAsia"/>
                <w:lang w:val="pl-PL"/>
              </w:rPr>
            </w:pPr>
            <w:r w:rsidRPr="00601103">
              <w:rPr>
                <w:color w:val="1C1E22"/>
                <w:sz w:val="22"/>
                <w:lang w:val="pl-PL"/>
              </w:rPr>
              <w:t>Jednak zwierzak ucieka z domu. Kim okaże się puchaty uciekinier? Jakie zabłąkane zwierzę spotkają w lesie przyjaciele? I co to takiego Poradnik Młodego Weterynarza?</w:t>
            </w:r>
          </w:p>
        </w:tc>
      </w:tr>
      <w:tr w:rsidR="006B6354" w14:paraId="5213251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27E8AA0" w14:textId="77777777" w:rsidR="006B6354" w:rsidRDefault="00000000">
            <w:pPr>
              <w:rPr>
                <w:rFonts w:hint="eastAsia"/>
              </w:rPr>
            </w:pPr>
            <w:r>
              <w:rPr>
                <w:b/>
                <w:color w:val="0C0C0C"/>
                <w:sz w:val="18"/>
              </w:rPr>
              <w:t>B0023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B98DAEB" w14:textId="77777777" w:rsidR="006B6354" w:rsidRDefault="00000000">
            <w:pPr>
              <w:rPr>
                <w:rFonts w:hint="eastAsia"/>
              </w:rPr>
            </w:pPr>
            <w:r>
              <w:rPr>
                <w:b/>
                <w:color w:val="0C0C0C"/>
                <w:sz w:val="18"/>
              </w:rPr>
              <w:t>B0024</w:t>
            </w:r>
          </w:p>
        </w:tc>
      </w:tr>
      <w:tr w:rsidR="006B6354" w14:paraId="02C8BA6E"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84AE83B" w14:textId="77777777" w:rsidR="006B6354" w:rsidRPr="00601103" w:rsidRDefault="00000000">
            <w:pPr>
              <w:spacing w:line="240" w:lineRule="auto"/>
              <w:jc w:val="center"/>
              <w:rPr>
                <w:rFonts w:hint="eastAsia"/>
                <w:lang w:val="pl-PL"/>
              </w:rPr>
            </w:pPr>
            <w:r w:rsidRPr="00601103">
              <w:rPr>
                <w:b/>
                <w:color w:val="FFFFFF"/>
                <w:lang w:val="pl-PL"/>
              </w:rPr>
              <w:lastRenderedPageBreak/>
              <w:t>Kiedy będę duży.</w:t>
            </w:r>
          </w:p>
          <w:p w14:paraId="3CBBCA25" w14:textId="77777777" w:rsidR="006B6354" w:rsidRPr="00601103" w:rsidRDefault="00000000">
            <w:pPr>
              <w:spacing w:line="240" w:lineRule="auto"/>
              <w:jc w:val="center"/>
              <w:rPr>
                <w:rFonts w:hint="eastAsia"/>
                <w:lang w:val="pl-PL"/>
              </w:rPr>
            </w:pPr>
            <w:r w:rsidRPr="00601103">
              <w:rPr>
                <w:i/>
                <w:color w:val="F8F0F9"/>
                <w:sz w:val="18"/>
                <w:lang w:val="pl-PL"/>
              </w:rPr>
              <w:t>Maria Dek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B46B573" w14:textId="77777777" w:rsidR="006B6354" w:rsidRPr="00601103" w:rsidRDefault="00000000">
            <w:pPr>
              <w:spacing w:line="240" w:lineRule="auto"/>
              <w:jc w:val="center"/>
              <w:rPr>
                <w:rFonts w:hint="eastAsia"/>
                <w:lang w:val="pl-PL"/>
              </w:rPr>
            </w:pPr>
            <w:r w:rsidRPr="00601103">
              <w:rPr>
                <w:b/>
                <w:color w:val="FFFFFF"/>
                <w:lang w:val="pl-PL"/>
              </w:rPr>
              <w:t>Marceli szpak dziwi się światu.</w:t>
            </w:r>
          </w:p>
          <w:p w14:paraId="32ABC59C" w14:textId="77777777" w:rsidR="006B6354" w:rsidRDefault="00000000">
            <w:pPr>
              <w:spacing w:line="240" w:lineRule="auto"/>
              <w:jc w:val="center"/>
              <w:rPr>
                <w:rFonts w:hint="eastAsia"/>
              </w:rPr>
            </w:pPr>
            <w:r>
              <w:rPr>
                <w:i/>
                <w:color w:val="F8F0F9"/>
                <w:sz w:val="18"/>
              </w:rPr>
              <w:t xml:space="preserve">Joanna </w:t>
            </w:r>
            <w:proofErr w:type="spellStart"/>
            <w:r>
              <w:rPr>
                <w:i/>
                <w:color w:val="F8F0F9"/>
                <w:sz w:val="18"/>
              </w:rPr>
              <w:t>Pollakówna</w:t>
            </w:r>
            <w:proofErr w:type="spellEnd"/>
          </w:p>
        </w:tc>
      </w:tr>
      <w:tr w:rsidR="006B6354" w:rsidRPr="00601103" w14:paraId="401ED6EB"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9A4CFBF" w14:textId="77777777" w:rsidR="006B6354" w:rsidRDefault="00000000">
            <w:pPr>
              <w:jc w:val="center"/>
              <w:rPr>
                <w:rFonts w:hint="eastAsia"/>
              </w:rPr>
            </w:pPr>
            <w:r>
              <w:rPr>
                <w:noProof/>
              </w:rPr>
              <w:drawing>
                <wp:inline distT="0" distB="0" distL="0" distR="0" wp14:anchorId="1F56F9D6" wp14:editId="66BB50EB">
                  <wp:extent cx="1227600" cy="15644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1227600" cy="156441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C2BEA8" w14:textId="77777777" w:rsidR="006B6354" w:rsidRPr="00601103" w:rsidRDefault="00000000">
            <w:pPr>
              <w:spacing w:line="250" w:lineRule="auto"/>
              <w:jc w:val="center"/>
              <w:rPr>
                <w:rFonts w:hint="eastAsia"/>
                <w:lang w:val="pl-PL"/>
              </w:rPr>
            </w:pPr>
            <w:r w:rsidRPr="00601103">
              <w:rPr>
                <w:color w:val="1C1E22"/>
                <w:sz w:val="22"/>
                <w:lang w:val="pl-PL"/>
              </w:rPr>
              <w:t>Dzieci często myślą o tym, kiedy w końcu będą duże. Książka Marii Dek to opowieść o marzeniach, planach i pomysłach na przyszłość. Za rogiem czeka fantastyczny świat, w którym dziecięce wyobrażenia policzone zostały od 1 do 25.</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41935EF" w14:textId="77777777" w:rsidR="006B6354" w:rsidRDefault="00000000">
            <w:pPr>
              <w:jc w:val="center"/>
              <w:rPr>
                <w:rFonts w:hint="eastAsia"/>
              </w:rPr>
            </w:pPr>
            <w:r>
              <w:rPr>
                <w:noProof/>
              </w:rPr>
              <w:drawing>
                <wp:inline distT="0" distB="0" distL="0" distR="0" wp14:anchorId="3B1C40D5" wp14:editId="45EFEFB7">
                  <wp:extent cx="1227600" cy="15256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1227600" cy="152560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636D1E3" w14:textId="77777777" w:rsidR="006B6354" w:rsidRPr="00601103" w:rsidRDefault="00000000">
            <w:pPr>
              <w:spacing w:line="250" w:lineRule="auto"/>
              <w:jc w:val="center"/>
              <w:rPr>
                <w:rFonts w:hint="eastAsia"/>
                <w:lang w:val="pl-PL"/>
              </w:rPr>
            </w:pPr>
            <w:r w:rsidRPr="00601103">
              <w:rPr>
                <w:color w:val="1C1E22"/>
                <w:sz w:val="22"/>
                <w:lang w:val="pl-PL"/>
              </w:rPr>
              <w:t>Poznajemy las, jego mieszkańców, ich codzienne sprawy, a wszystko to na tle zmieniających się pór roku. Tytułowy szpak Marceli w towarzystwie swego przyjaciela zająca Leszka, przemierza leśne dukty, odwiedza sąsiadów, uczestniczy w różnych leśnych wydarzeniach, np. zawodach w skokach po drzewach.</w:t>
            </w:r>
          </w:p>
        </w:tc>
      </w:tr>
      <w:tr w:rsidR="006B6354" w14:paraId="5E1AB38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A27CCF6" w14:textId="77777777" w:rsidR="006B6354" w:rsidRDefault="00000000">
            <w:pPr>
              <w:rPr>
                <w:rFonts w:hint="eastAsia"/>
              </w:rPr>
            </w:pPr>
            <w:r>
              <w:rPr>
                <w:b/>
                <w:color w:val="0C0C0C"/>
                <w:sz w:val="18"/>
              </w:rPr>
              <w:t>B0025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3EEE02B" w14:textId="77777777" w:rsidR="006B6354" w:rsidRDefault="00000000">
            <w:pPr>
              <w:rPr>
                <w:rFonts w:hint="eastAsia"/>
              </w:rPr>
            </w:pPr>
            <w:r>
              <w:rPr>
                <w:b/>
                <w:color w:val="0C0C0C"/>
                <w:sz w:val="18"/>
              </w:rPr>
              <w:t>B0026</w:t>
            </w:r>
          </w:p>
        </w:tc>
      </w:tr>
      <w:tr w:rsidR="006B6354" w14:paraId="1D4F9325"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41671192" w14:textId="77777777" w:rsidR="006B6354" w:rsidRPr="00601103" w:rsidRDefault="00000000">
            <w:pPr>
              <w:spacing w:line="240" w:lineRule="auto"/>
              <w:jc w:val="center"/>
              <w:rPr>
                <w:rFonts w:hint="eastAsia"/>
                <w:lang w:val="pl-PL"/>
              </w:rPr>
            </w:pPr>
            <w:r w:rsidRPr="00601103">
              <w:rPr>
                <w:b/>
                <w:color w:val="FFFFFF"/>
                <w:lang w:val="pl-PL"/>
              </w:rPr>
              <w:t>Wielka księga przygód. 3 Basia.</w:t>
            </w:r>
          </w:p>
          <w:p w14:paraId="2A19F6B7" w14:textId="77777777" w:rsidR="006B6354" w:rsidRPr="00601103" w:rsidRDefault="00000000">
            <w:pPr>
              <w:spacing w:line="240" w:lineRule="auto"/>
              <w:jc w:val="center"/>
              <w:rPr>
                <w:rFonts w:hint="eastAsia"/>
                <w:lang w:val="pl-PL"/>
              </w:rPr>
            </w:pPr>
            <w:r w:rsidRPr="00601103">
              <w:rPr>
                <w:i/>
                <w:color w:val="F8F0F9"/>
                <w:sz w:val="18"/>
                <w:lang w:val="pl-PL"/>
              </w:rPr>
              <w:t xml:space="preserve">Zofia Stanecka, Marianna </w:t>
            </w:r>
            <w:proofErr w:type="spellStart"/>
            <w:r w:rsidRPr="00601103">
              <w:rPr>
                <w:i/>
                <w:color w:val="F8F0F9"/>
                <w:sz w:val="18"/>
                <w:lang w:val="pl-PL"/>
              </w:rPr>
              <w:t>Oklejak</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411A9ACE" w14:textId="77777777" w:rsidR="006B6354" w:rsidRPr="00601103" w:rsidRDefault="00000000">
            <w:pPr>
              <w:spacing w:line="240" w:lineRule="auto"/>
              <w:jc w:val="center"/>
              <w:rPr>
                <w:rFonts w:hint="eastAsia"/>
                <w:lang w:val="pl-PL"/>
              </w:rPr>
            </w:pPr>
            <w:proofErr w:type="spellStart"/>
            <w:r w:rsidRPr="00601103">
              <w:rPr>
                <w:b/>
                <w:color w:val="FFFFFF"/>
                <w:lang w:val="pl-PL"/>
              </w:rPr>
              <w:t>Potworak</w:t>
            </w:r>
            <w:proofErr w:type="spellEnd"/>
            <w:r w:rsidRPr="00601103">
              <w:rPr>
                <w:b/>
                <w:color w:val="FFFFFF"/>
                <w:lang w:val="pl-PL"/>
              </w:rPr>
              <w:t xml:space="preserve"> i inne kosmiczne opowieści.</w:t>
            </w:r>
          </w:p>
          <w:p w14:paraId="34B19FE3" w14:textId="77777777" w:rsidR="006B6354" w:rsidRDefault="00000000">
            <w:pPr>
              <w:spacing w:line="240" w:lineRule="auto"/>
              <w:jc w:val="center"/>
              <w:rPr>
                <w:rFonts w:hint="eastAsia"/>
              </w:rPr>
            </w:pPr>
            <w:r>
              <w:rPr>
                <w:i/>
                <w:color w:val="F8F0F9"/>
                <w:sz w:val="18"/>
              </w:rPr>
              <w:t>Grzegorz Kasdepke</w:t>
            </w:r>
          </w:p>
        </w:tc>
      </w:tr>
      <w:tr w:rsidR="006B6354" w:rsidRPr="00601103" w14:paraId="780E2CE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0CCB774" w14:textId="77777777" w:rsidR="006B6354" w:rsidRDefault="00000000">
            <w:pPr>
              <w:jc w:val="center"/>
              <w:rPr>
                <w:rFonts w:hint="eastAsia"/>
              </w:rPr>
            </w:pPr>
            <w:r>
              <w:rPr>
                <w:noProof/>
              </w:rPr>
              <w:drawing>
                <wp:inline distT="0" distB="0" distL="0" distR="0" wp14:anchorId="20CC0C22" wp14:editId="4EFA4739">
                  <wp:extent cx="1227600" cy="15433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1227600" cy="1543396"/>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8A69BC9" w14:textId="77777777" w:rsidR="006B6354" w:rsidRPr="00601103" w:rsidRDefault="00000000">
            <w:pPr>
              <w:spacing w:line="250" w:lineRule="auto"/>
              <w:jc w:val="center"/>
              <w:rPr>
                <w:rFonts w:hint="eastAsia"/>
                <w:lang w:val="pl-PL"/>
              </w:rPr>
            </w:pPr>
            <w:r w:rsidRPr="00601103">
              <w:rPr>
                <w:color w:val="1C1E22"/>
                <w:sz w:val="22"/>
                <w:lang w:val="pl-PL"/>
              </w:rPr>
              <w:t>Bada problem słodyczy: czy zawsze można je jeść i czy wszyscy je lubią. Bawi się z Dziadkiem. Sprawdza, co można zrobić, kiedy zepsuje się telewizor. Basia ma pięć lat. Tylko? Na pewno w sam raz, żeby szukać odpowiedzi na ważne pytania!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AB31BCD" w14:textId="77777777" w:rsidR="006B6354" w:rsidRDefault="00000000">
            <w:pPr>
              <w:jc w:val="center"/>
              <w:rPr>
                <w:rFonts w:hint="eastAsia"/>
              </w:rPr>
            </w:pPr>
            <w:r>
              <w:rPr>
                <w:noProof/>
              </w:rPr>
              <w:drawing>
                <wp:inline distT="0" distB="0" distL="0" distR="0" wp14:anchorId="728B2B7F" wp14:editId="6010A683">
                  <wp:extent cx="1227600" cy="16601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1227600" cy="1660123"/>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43E60A3" w14:textId="77777777" w:rsidR="006B6354" w:rsidRPr="00601103" w:rsidRDefault="00000000">
            <w:pPr>
              <w:spacing w:line="250" w:lineRule="auto"/>
              <w:jc w:val="center"/>
              <w:rPr>
                <w:rFonts w:hint="eastAsia"/>
                <w:lang w:val="pl-PL"/>
              </w:rPr>
            </w:pPr>
            <w:r w:rsidRPr="00601103">
              <w:rPr>
                <w:color w:val="1C1E22"/>
                <w:sz w:val="22"/>
                <w:lang w:val="pl-PL"/>
              </w:rPr>
              <w:t xml:space="preserve">paczkę. Niby nic nadzwyczajnego, jednak paczka jest zaadresowana do </w:t>
            </w:r>
            <w:proofErr w:type="spellStart"/>
            <w:r w:rsidRPr="00601103">
              <w:rPr>
                <w:color w:val="1C1E22"/>
                <w:sz w:val="22"/>
                <w:lang w:val="pl-PL"/>
              </w:rPr>
              <w:t>Potworaka</w:t>
            </w:r>
            <w:proofErr w:type="spellEnd"/>
            <w:r w:rsidRPr="00601103">
              <w:rPr>
                <w:color w:val="1C1E22"/>
                <w:sz w:val="22"/>
                <w:lang w:val="pl-PL"/>
              </w:rPr>
              <w:t xml:space="preserve">! A kim jest </w:t>
            </w:r>
            <w:proofErr w:type="spellStart"/>
            <w:r w:rsidRPr="00601103">
              <w:rPr>
                <w:color w:val="1C1E22"/>
                <w:sz w:val="22"/>
                <w:lang w:val="pl-PL"/>
              </w:rPr>
              <w:t>Potworak</w:t>
            </w:r>
            <w:proofErr w:type="spellEnd"/>
            <w:r w:rsidRPr="00601103">
              <w:rPr>
                <w:color w:val="1C1E22"/>
                <w:sz w:val="22"/>
                <w:lang w:val="pl-PL"/>
              </w:rPr>
              <w:t>? Szybko okazuje się, że to zabawny kosmita, który postanowił spędzić wakacje na pewnej dzikiej, prymitywnej planecie...</w:t>
            </w:r>
          </w:p>
        </w:tc>
      </w:tr>
      <w:tr w:rsidR="006B6354" w14:paraId="16C15EB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2DD4BAB" w14:textId="77777777" w:rsidR="006B6354" w:rsidRDefault="00000000">
            <w:pPr>
              <w:rPr>
                <w:rFonts w:hint="eastAsia"/>
              </w:rPr>
            </w:pPr>
            <w:r>
              <w:rPr>
                <w:b/>
                <w:color w:val="0C0C0C"/>
                <w:sz w:val="18"/>
              </w:rPr>
              <w:t>B0027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EACD057" w14:textId="77777777" w:rsidR="006B6354" w:rsidRDefault="00000000">
            <w:pPr>
              <w:rPr>
                <w:rFonts w:hint="eastAsia"/>
              </w:rPr>
            </w:pPr>
            <w:r>
              <w:rPr>
                <w:b/>
                <w:color w:val="0C0C0C"/>
                <w:sz w:val="18"/>
              </w:rPr>
              <w:t>B0028</w:t>
            </w:r>
          </w:p>
        </w:tc>
      </w:tr>
      <w:tr w:rsidR="006B6354" w14:paraId="374A0398"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FD0C7AC" w14:textId="77777777" w:rsidR="006B6354" w:rsidRPr="00601103" w:rsidRDefault="00000000">
            <w:pPr>
              <w:spacing w:line="240" w:lineRule="auto"/>
              <w:jc w:val="center"/>
              <w:rPr>
                <w:rFonts w:hint="eastAsia"/>
                <w:lang w:val="pl-PL"/>
              </w:rPr>
            </w:pPr>
            <w:r w:rsidRPr="00601103">
              <w:rPr>
                <w:b/>
                <w:color w:val="FFFFFF"/>
                <w:lang w:val="pl-PL"/>
              </w:rPr>
              <w:lastRenderedPageBreak/>
              <w:t>Jadzia Pętelka piecze pierniki.</w:t>
            </w:r>
          </w:p>
          <w:p w14:paraId="5788C4A9" w14:textId="77777777" w:rsidR="006B6354" w:rsidRPr="00601103" w:rsidRDefault="00000000">
            <w:pPr>
              <w:spacing w:line="240" w:lineRule="auto"/>
              <w:jc w:val="center"/>
              <w:rPr>
                <w:rFonts w:hint="eastAsia"/>
                <w:lang w:val="pl-PL"/>
              </w:rPr>
            </w:pPr>
            <w:r w:rsidRPr="00601103">
              <w:rPr>
                <w:i/>
                <w:color w:val="F8F0F9"/>
                <w:sz w:val="18"/>
                <w:lang w:val="pl-PL"/>
              </w:rPr>
              <w:t>Barbara Supeł</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34ED638F" w14:textId="77777777" w:rsidR="006B6354" w:rsidRDefault="00000000">
            <w:pPr>
              <w:spacing w:line="240" w:lineRule="auto"/>
              <w:jc w:val="center"/>
              <w:rPr>
                <w:rFonts w:hint="eastAsia"/>
              </w:rPr>
            </w:pPr>
            <w:proofErr w:type="spellStart"/>
            <w:r>
              <w:rPr>
                <w:b/>
                <w:color w:val="FFFFFF"/>
              </w:rPr>
              <w:t>Drzewo</w:t>
            </w:r>
            <w:proofErr w:type="spellEnd"/>
            <w:r>
              <w:rPr>
                <w:b/>
                <w:color w:val="FFFFFF"/>
              </w:rPr>
              <w:t xml:space="preserve"> </w:t>
            </w:r>
            <w:proofErr w:type="spellStart"/>
            <w:r>
              <w:rPr>
                <w:b/>
                <w:color w:val="FFFFFF"/>
              </w:rPr>
              <w:t>życzeń</w:t>
            </w:r>
            <w:proofErr w:type="spellEnd"/>
            <w:r>
              <w:rPr>
                <w:b/>
                <w:color w:val="FFFFFF"/>
              </w:rPr>
              <w:t>.</w:t>
            </w:r>
          </w:p>
          <w:p w14:paraId="12112876" w14:textId="77777777" w:rsidR="006B6354" w:rsidRDefault="00000000">
            <w:pPr>
              <w:spacing w:line="240" w:lineRule="auto"/>
              <w:jc w:val="center"/>
              <w:rPr>
                <w:rFonts w:hint="eastAsia"/>
              </w:rPr>
            </w:pPr>
            <w:r>
              <w:rPr>
                <w:i/>
                <w:color w:val="F8F0F9"/>
                <w:sz w:val="18"/>
              </w:rPr>
              <w:t>Katherine Applegate</w:t>
            </w:r>
          </w:p>
        </w:tc>
      </w:tr>
      <w:tr w:rsidR="006B6354" w14:paraId="43509BF2"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D78B80F" w14:textId="77777777" w:rsidR="006B6354" w:rsidRDefault="00000000">
            <w:pPr>
              <w:jc w:val="center"/>
              <w:rPr>
                <w:rFonts w:hint="eastAsia"/>
              </w:rPr>
            </w:pPr>
            <w:r>
              <w:rPr>
                <w:noProof/>
              </w:rPr>
              <w:drawing>
                <wp:inline distT="0" distB="0" distL="0" distR="0" wp14:anchorId="79D0E7B2" wp14:editId="5E559E62">
                  <wp:extent cx="1227600" cy="123646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
                          <a:stretch>
                            <a:fillRect/>
                          </a:stretch>
                        </pic:blipFill>
                        <pic:spPr>
                          <a:xfrm>
                            <a:off x="0" y="0"/>
                            <a:ext cx="1227600" cy="123646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B39E920" w14:textId="77777777" w:rsidR="006B6354" w:rsidRPr="00601103" w:rsidRDefault="00000000">
            <w:pPr>
              <w:spacing w:line="250" w:lineRule="auto"/>
              <w:jc w:val="center"/>
              <w:rPr>
                <w:rFonts w:hint="eastAsia"/>
                <w:lang w:val="pl-PL"/>
              </w:rPr>
            </w:pPr>
            <w:r w:rsidRPr="00601103">
              <w:rPr>
                <w:color w:val="1C1E22"/>
                <w:sz w:val="22"/>
                <w:lang w:val="pl-PL"/>
              </w:rPr>
              <w:t>Wyjątkowa zimowa część serii o Jadzi Pętelce wprowadzi wszystkie dzieci w świąteczny nastrój. Nie zabraknie rodzinnej atmosfery, wspólnego ubierania choinki i oczywiście chrupania pierników!</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7B123A7" w14:textId="77777777" w:rsidR="006B6354" w:rsidRDefault="00000000">
            <w:pPr>
              <w:jc w:val="center"/>
              <w:rPr>
                <w:rFonts w:hint="eastAsia"/>
              </w:rPr>
            </w:pPr>
            <w:r>
              <w:rPr>
                <w:noProof/>
              </w:rPr>
              <w:drawing>
                <wp:inline distT="0" distB="0" distL="0" distR="0" wp14:anchorId="15AA0639" wp14:editId="36BD6C69">
                  <wp:extent cx="1227600" cy="156441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
                          <a:stretch>
                            <a:fillRect/>
                          </a:stretch>
                        </pic:blipFill>
                        <pic:spPr>
                          <a:xfrm>
                            <a:off x="0" y="0"/>
                            <a:ext cx="1227600" cy="156441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1B18BE4" w14:textId="77777777" w:rsidR="006B6354" w:rsidRDefault="00000000">
            <w:pPr>
              <w:spacing w:line="250" w:lineRule="auto"/>
              <w:jc w:val="center"/>
              <w:rPr>
                <w:rFonts w:hint="eastAsia"/>
              </w:rPr>
            </w:pPr>
            <w:r w:rsidRPr="00601103">
              <w:rPr>
                <w:color w:val="1C1E22"/>
                <w:lang w:val="pl-PL"/>
              </w:rPr>
              <w:t xml:space="preserve">Zabawna, głęboka i ciepła historia o inności i tolerancji, opowiedziana z zaskakującej perspektywy. Może drzewa nie umieją żartować, ale bez wątpienia potrafią opowiadać historie. Tę opowiada pewien dwustuletni dąb. Jest drzewem życzeń – co roku ludzie ozdabiają go skrawkami papieru, przywieszkami, kawałkami tkanin, sznurkami, od czasu do czasu nawet skarpetkami. </w:t>
            </w:r>
            <w:proofErr w:type="spellStart"/>
            <w:r>
              <w:rPr>
                <w:color w:val="1C1E22"/>
              </w:rPr>
              <w:t>Każda</w:t>
            </w:r>
            <w:proofErr w:type="spellEnd"/>
            <w:r>
              <w:rPr>
                <w:color w:val="1C1E22"/>
              </w:rPr>
              <w:t xml:space="preserve"> taka </w:t>
            </w:r>
            <w:proofErr w:type="spellStart"/>
            <w:r>
              <w:rPr>
                <w:color w:val="1C1E22"/>
              </w:rPr>
              <w:t>ozdoba</w:t>
            </w:r>
            <w:proofErr w:type="spellEnd"/>
            <w:r>
              <w:rPr>
                <w:color w:val="1C1E22"/>
              </w:rPr>
              <w:t xml:space="preserve"> to czyjeś marzenie.</w:t>
            </w:r>
          </w:p>
        </w:tc>
      </w:tr>
      <w:tr w:rsidR="006B6354" w14:paraId="326A518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67B5EF8" w14:textId="77777777" w:rsidR="006B6354" w:rsidRDefault="00000000">
            <w:pPr>
              <w:rPr>
                <w:rFonts w:hint="eastAsia"/>
              </w:rPr>
            </w:pPr>
            <w:r>
              <w:rPr>
                <w:b/>
                <w:color w:val="0C0C0C"/>
                <w:sz w:val="18"/>
              </w:rPr>
              <w:t>B0029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5F71195" w14:textId="77777777" w:rsidR="006B6354" w:rsidRDefault="00000000">
            <w:pPr>
              <w:rPr>
                <w:rFonts w:hint="eastAsia"/>
              </w:rPr>
            </w:pPr>
            <w:r>
              <w:rPr>
                <w:b/>
                <w:color w:val="0C0C0C"/>
                <w:sz w:val="18"/>
              </w:rPr>
              <w:t>B0030</w:t>
            </w:r>
          </w:p>
        </w:tc>
      </w:tr>
      <w:tr w:rsidR="006B6354" w:rsidRPr="00601103" w14:paraId="4EDB5E63"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33C67E10" w14:textId="77777777" w:rsidR="006B6354" w:rsidRPr="00601103" w:rsidRDefault="00000000">
            <w:pPr>
              <w:spacing w:line="240" w:lineRule="auto"/>
              <w:jc w:val="center"/>
              <w:rPr>
                <w:rFonts w:hint="eastAsia"/>
                <w:lang w:val="pl-PL"/>
              </w:rPr>
            </w:pPr>
            <w:r w:rsidRPr="00601103">
              <w:rPr>
                <w:b/>
                <w:color w:val="FFFFFF"/>
                <w:lang w:val="pl-PL"/>
              </w:rPr>
              <w:t>Nasza mama czarodziejka.</w:t>
            </w:r>
          </w:p>
          <w:p w14:paraId="60DEF35E" w14:textId="77777777" w:rsidR="006B6354" w:rsidRPr="00601103" w:rsidRDefault="00000000">
            <w:pPr>
              <w:spacing w:line="240" w:lineRule="auto"/>
              <w:jc w:val="center"/>
              <w:rPr>
                <w:rFonts w:hint="eastAsia"/>
                <w:lang w:val="pl-PL"/>
              </w:rPr>
            </w:pPr>
            <w:r w:rsidRPr="00601103">
              <w:rPr>
                <w:i/>
                <w:color w:val="F8F0F9"/>
                <w:sz w:val="18"/>
                <w:lang w:val="pl-PL"/>
              </w:rPr>
              <w:t>Joanna Papuzińska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642B48E5" w14:textId="77777777" w:rsidR="006B6354" w:rsidRPr="00601103" w:rsidRDefault="00000000">
            <w:pPr>
              <w:spacing w:line="240" w:lineRule="auto"/>
              <w:jc w:val="center"/>
              <w:rPr>
                <w:rFonts w:hint="eastAsia"/>
                <w:lang w:val="pl-PL"/>
              </w:rPr>
            </w:pPr>
            <w:r w:rsidRPr="00601103">
              <w:rPr>
                <w:b/>
                <w:color w:val="FFFFFF"/>
                <w:lang w:val="pl-PL"/>
              </w:rPr>
              <w:t>Reksio. Leśna przygoda.</w:t>
            </w:r>
          </w:p>
          <w:p w14:paraId="6B985AAC" w14:textId="77777777" w:rsidR="006B6354" w:rsidRPr="00601103" w:rsidRDefault="00000000">
            <w:pPr>
              <w:spacing w:line="240" w:lineRule="auto"/>
              <w:jc w:val="center"/>
              <w:rPr>
                <w:rFonts w:hint="eastAsia"/>
                <w:lang w:val="pl-PL"/>
              </w:rPr>
            </w:pPr>
            <w:r w:rsidRPr="00601103">
              <w:rPr>
                <w:i/>
                <w:color w:val="F8F0F9"/>
                <w:sz w:val="18"/>
                <w:lang w:val="pl-PL"/>
              </w:rPr>
              <w:t>Maria Szarf</w:t>
            </w:r>
          </w:p>
        </w:tc>
      </w:tr>
      <w:tr w:rsidR="006B6354" w14:paraId="7E9633C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0C0D701" w14:textId="77777777" w:rsidR="006B6354" w:rsidRDefault="00000000">
            <w:pPr>
              <w:jc w:val="center"/>
              <w:rPr>
                <w:rFonts w:hint="eastAsia"/>
              </w:rPr>
            </w:pPr>
            <w:r>
              <w:rPr>
                <w:noProof/>
              </w:rPr>
              <w:drawing>
                <wp:inline distT="0" distB="0" distL="0" distR="0" wp14:anchorId="1BF4B85C" wp14:editId="16516E73">
                  <wp:extent cx="1227600" cy="16973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1227600" cy="1697368"/>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1050F71" w14:textId="77777777" w:rsidR="006B6354" w:rsidRDefault="00000000">
            <w:pPr>
              <w:spacing w:line="250" w:lineRule="auto"/>
              <w:jc w:val="center"/>
              <w:rPr>
                <w:rFonts w:hint="eastAsia"/>
              </w:rPr>
            </w:pPr>
            <w:r w:rsidRPr="00601103">
              <w:rPr>
                <w:color w:val="1C1E22"/>
                <w:sz w:val="22"/>
                <w:lang w:val="pl-PL"/>
              </w:rPr>
              <w:t xml:space="preserve">Lubi się z nami bawić i zawsze nam pomaga, kiedy coś jest nie tak. Wczoraj w nocy ulepiła z ciasta kawałeczek rożka, który obłamał się księżycowi. Wielkoludowi z naszego podwórka też pomogła – znów bawi się z nami na podwórku. </w:t>
            </w:r>
            <w:r>
              <w:rPr>
                <w:color w:val="1C1E22"/>
                <w:sz w:val="22"/>
              </w:rPr>
              <w:t xml:space="preserve">Bo to </w:t>
            </w:r>
            <w:proofErr w:type="spellStart"/>
            <w:r>
              <w:rPr>
                <w:color w:val="1C1E22"/>
                <w:sz w:val="22"/>
              </w:rPr>
              <w:t>był</w:t>
            </w:r>
            <w:proofErr w:type="spellEnd"/>
            <w:r>
              <w:rPr>
                <w:color w:val="1C1E22"/>
                <w:sz w:val="22"/>
              </w:rPr>
              <w:t xml:space="preserve"> po prostu mój nadęty kolega!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A2E1FDF" w14:textId="77777777" w:rsidR="006B6354" w:rsidRDefault="00000000">
            <w:pPr>
              <w:jc w:val="center"/>
              <w:rPr>
                <w:rFonts w:hint="eastAsia"/>
              </w:rPr>
            </w:pPr>
            <w:r>
              <w:rPr>
                <w:noProof/>
              </w:rPr>
              <w:drawing>
                <wp:inline distT="0" distB="0" distL="0" distR="0" wp14:anchorId="4D070120" wp14:editId="20C3102E">
                  <wp:extent cx="1227600" cy="122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6895BDF" w14:textId="77777777" w:rsidR="006B6354" w:rsidRDefault="00000000">
            <w:pPr>
              <w:spacing w:line="250" w:lineRule="auto"/>
              <w:jc w:val="center"/>
              <w:rPr>
                <w:rFonts w:hint="eastAsia"/>
              </w:rPr>
            </w:pPr>
            <w:r w:rsidRPr="00601103">
              <w:rPr>
                <w:color w:val="1C1E22"/>
                <w:sz w:val="22"/>
                <w:lang w:val="pl-PL"/>
              </w:rPr>
              <w:t xml:space="preserve">animowanego – ma już 50 lat! I nadal jest tym samym pomysłowym psiakiem, a jego przygodami zachwycają się kolejne pokolenia dzieci. Reksio wybiera się do lasu. Podczas wycieczki wpada w zasadzkę. </w:t>
            </w:r>
            <w:r>
              <w:rPr>
                <w:color w:val="1C1E22"/>
                <w:sz w:val="22"/>
              </w:rPr>
              <w:t xml:space="preserve">Z </w:t>
            </w:r>
            <w:proofErr w:type="spellStart"/>
            <w:r>
              <w:rPr>
                <w:color w:val="1C1E22"/>
                <w:sz w:val="22"/>
              </w:rPr>
              <w:t>pomocą</w:t>
            </w:r>
            <w:proofErr w:type="spellEnd"/>
            <w:r>
              <w:rPr>
                <w:color w:val="1C1E22"/>
                <w:sz w:val="22"/>
              </w:rPr>
              <w:t xml:space="preserve"> </w:t>
            </w:r>
            <w:proofErr w:type="spellStart"/>
            <w:r>
              <w:rPr>
                <w:color w:val="1C1E22"/>
                <w:sz w:val="22"/>
              </w:rPr>
              <w:t>ruszają</w:t>
            </w:r>
            <w:proofErr w:type="spellEnd"/>
            <w:r>
              <w:rPr>
                <w:color w:val="1C1E22"/>
                <w:sz w:val="22"/>
              </w:rPr>
              <w:t xml:space="preserve"> </w:t>
            </w:r>
            <w:proofErr w:type="spellStart"/>
            <w:r>
              <w:rPr>
                <w:color w:val="1C1E22"/>
                <w:sz w:val="22"/>
              </w:rPr>
              <w:t>leśne</w:t>
            </w:r>
            <w:proofErr w:type="spellEnd"/>
            <w:r>
              <w:rPr>
                <w:color w:val="1C1E22"/>
                <w:sz w:val="22"/>
              </w:rPr>
              <w:t xml:space="preserve"> zwierzęta.</w:t>
            </w:r>
          </w:p>
        </w:tc>
      </w:tr>
      <w:tr w:rsidR="006B6354" w14:paraId="11BCD7D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34D5B38" w14:textId="77777777" w:rsidR="006B6354" w:rsidRDefault="00000000">
            <w:pPr>
              <w:rPr>
                <w:rFonts w:hint="eastAsia"/>
              </w:rPr>
            </w:pPr>
            <w:r>
              <w:rPr>
                <w:b/>
                <w:color w:val="0C0C0C"/>
                <w:sz w:val="18"/>
              </w:rPr>
              <w:t>B0031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9B14BFC" w14:textId="77777777" w:rsidR="006B6354" w:rsidRDefault="00000000">
            <w:pPr>
              <w:rPr>
                <w:rFonts w:hint="eastAsia"/>
              </w:rPr>
            </w:pPr>
            <w:r>
              <w:rPr>
                <w:b/>
                <w:color w:val="0C0C0C"/>
                <w:sz w:val="18"/>
              </w:rPr>
              <w:t>B0032</w:t>
            </w:r>
          </w:p>
        </w:tc>
      </w:tr>
      <w:tr w:rsidR="006B6354" w:rsidRPr="00601103" w14:paraId="69D2347D"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47E87246" w14:textId="77777777" w:rsidR="006B6354" w:rsidRPr="00601103" w:rsidRDefault="00000000">
            <w:pPr>
              <w:spacing w:line="240" w:lineRule="auto"/>
              <w:jc w:val="center"/>
              <w:rPr>
                <w:rFonts w:hint="eastAsia"/>
                <w:lang w:val="pl-PL"/>
              </w:rPr>
            </w:pPr>
            <w:r w:rsidRPr="00601103">
              <w:rPr>
                <w:b/>
                <w:color w:val="FFFFFF"/>
                <w:lang w:val="pl-PL"/>
              </w:rPr>
              <w:lastRenderedPageBreak/>
              <w:t>Opowiadamy ośmiominutowe bajki.</w:t>
            </w:r>
          </w:p>
          <w:p w14:paraId="3B74C52A"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Ana</w:t>
            </w:r>
            <w:proofErr w:type="spellEnd"/>
            <w:r w:rsidRPr="00601103">
              <w:rPr>
                <w:i/>
                <w:color w:val="F8F0F9"/>
                <w:sz w:val="18"/>
                <w:lang w:val="pl-PL"/>
              </w:rPr>
              <w:t xml:space="preserve"> </w:t>
            </w:r>
            <w:proofErr w:type="spellStart"/>
            <w:r w:rsidRPr="00601103">
              <w:rPr>
                <w:i/>
                <w:color w:val="F8F0F9"/>
                <w:sz w:val="18"/>
                <w:lang w:val="pl-PL"/>
              </w:rPr>
              <w:t>Doblado</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9BCBF04" w14:textId="77777777" w:rsidR="006B6354" w:rsidRPr="00601103" w:rsidRDefault="00000000">
            <w:pPr>
              <w:spacing w:line="240" w:lineRule="auto"/>
              <w:jc w:val="center"/>
              <w:rPr>
                <w:rFonts w:hint="eastAsia"/>
                <w:lang w:val="pl-PL"/>
              </w:rPr>
            </w:pPr>
            <w:r w:rsidRPr="00601103">
              <w:rPr>
                <w:b/>
                <w:color w:val="FFFFFF"/>
                <w:lang w:val="pl-PL"/>
              </w:rPr>
              <w:t>Ja, Klara i zwierzaki.</w:t>
            </w:r>
          </w:p>
          <w:p w14:paraId="28F8BF5E"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Dimiter</w:t>
            </w:r>
            <w:proofErr w:type="spellEnd"/>
            <w:r w:rsidRPr="00601103">
              <w:rPr>
                <w:i/>
                <w:color w:val="F8F0F9"/>
                <w:sz w:val="18"/>
                <w:lang w:val="pl-PL"/>
              </w:rPr>
              <w:t xml:space="preserve"> </w:t>
            </w:r>
            <w:proofErr w:type="spellStart"/>
            <w:r w:rsidRPr="00601103">
              <w:rPr>
                <w:i/>
                <w:color w:val="F8F0F9"/>
                <w:sz w:val="18"/>
                <w:lang w:val="pl-PL"/>
              </w:rPr>
              <w:t>Inkiow</w:t>
            </w:r>
            <w:proofErr w:type="spellEnd"/>
          </w:p>
        </w:tc>
      </w:tr>
      <w:tr w:rsidR="006B6354" w:rsidRPr="00601103" w14:paraId="5466364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0349A38" w14:textId="77777777" w:rsidR="006B6354" w:rsidRDefault="00000000">
            <w:pPr>
              <w:jc w:val="center"/>
              <w:rPr>
                <w:rFonts w:hint="eastAsia"/>
              </w:rPr>
            </w:pPr>
            <w:r>
              <w:rPr>
                <w:noProof/>
              </w:rPr>
              <w:drawing>
                <wp:inline distT="0" distB="0" distL="0" distR="0" wp14:anchorId="7650693C" wp14:editId="05E2094D">
                  <wp:extent cx="1227600" cy="161526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1227600" cy="1615263"/>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D0D2505" w14:textId="77777777" w:rsidR="006B6354" w:rsidRPr="00601103" w:rsidRDefault="00000000">
            <w:pPr>
              <w:spacing w:line="250" w:lineRule="auto"/>
              <w:jc w:val="center"/>
              <w:rPr>
                <w:rFonts w:hint="eastAsia"/>
                <w:lang w:val="pl-PL"/>
              </w:rPr>
            </w:pPr>
            <w:r w:rsidRPr="00601103">
              <w:rPr>
                <w:color w:val="1C1E22"/>
                <w:sz w:val="22"/>
                <w:lang w:val="pl-PL"/>
              </w:rPr>
              <w:t>Zbiór klasycznych opowieści, które od pokoleń poznają dzieci na całym świecie. Historie te bawią, uczą i pobudzają do refleksji. Bajki wprowadzą rodziców i dzieci w zaczarowany świat wyobraźni, pomagają zasnąć…oraz śnić.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C520004" w14:textId="77777777" w:rsidR="006B6354" w:rsidRDefault="00000000">
            <w:pPr>
              <w:jc w:val="center"/>
              <w:rPr>
                <w:rFonts w:hint="eastAsia"/>
              </w:rPr>
            </w:pPr>
            <w:r>
              <w:rPr>
                <w:noProof/>
              </w:rPr>
              <w:drawing>
                <wp:inline distT="0" distB="0" distL="0" distR="0" wp14:anchorId="4B8B9508" wp14:editId="44E12760">
                  <wp:extent cx="1227600" cy="158025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1227600" cy="1580256"/>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0D77312" w14:textId="77777777" w:rsidR="006B6354" w:rsidRPr="00601103" w:rsidRDefault="00000000">
            <w:pPr>
              <w:spacing w:line="250" w:lineRule="auto"/>
              <w:jc w:val="center"/>
              <w:rPr>
                <w:rFonts w:hint="eastAsia"/>
                <w:lang w:val="pl-PL"/>
              </w:rPr>
            </w:pPr>
            <w:r w:rsidRPr="00601103">
              <w:rPr>
                <w:color w:val="1C1E22"/>
                <w:sz w:val="22"/>
                <w:lang w:val="pl-PL"/>
              </w:rPr>
              <w:t xml:space="preserve">Klara i jej brat kochają zwierzęta. Ich ulubieńcy: papuga </w:t>
            </w:r>
            <w:proofErr w:type="spellStart"/>
            <w:r w:rsidRPr="00601103">
              <w:rPr>
                <w:color w:val="1C1E22"/>
                <w:sz w:val="22"/>
                <w:lang w:val="pl-PL"/>
              </w:rPr>
              <w:t>Pippo</w:t>
            </w:r>
            <w:proofErr w:type="spellEnd"/>
            <w:r w:rsidRPr="00601103">
              <w:rPr>
                <w:color w:val="1C1E22"/>
                <w:sz w:val="22"/>
                <w:lang w:val="pl-PL"/>
              </w:rPr>
              <w:t>, kot Kazimierz i jamnik Wąchacz wiedzą o tym doskonale. Dzieciaki dbają o swych podopiecznych najlepiej, jak potrafią - karmią, kąpią, czeszą, strzygą, mierzą temperaturę, wyprowadzają na spacery, uczą języków obcych i kindersztuby.</w:t>
            </w:r>
          </w:p>
        </w:tc>
      </w:tr>
      <w:tr w:rsidR="006B6354" w14:paraId="329A15E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03E3416" w14:textId="77777777" w:rsidR="006B6354" w:rsidRDefault="00000000">
            <w:pPr>
              <w:rPr>
                <w:rFonts w:hint="eastAsia"/>
              </w:rPr>
            </w:pPr>
            <w:r>
              <w:rPr>
                <w:b/>
                <w:color w:val="0C0C0C"/>
                <w:sz w:val="18"/>
              </w:rPr>
              <w:t>B0033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D612376" w14:textId="77777777" w:rsidR="006B6354" w:rsidRDefault="00000000">
            <w:pPr>
              <w:rPr>
                <w:rFonts w:hint="eastAsia"/>
              </w:rPr>
            </w:pPr>
            <w:r>
              <w:rPr>
                <w:b/>
                <w:color w:val="0C0C0C"/>
                <w:sz w:val="18"/>
              </w:rPr>
              <w:t>B0034</w:t>
            </w:r>
          </w:p>
        </w:tc>
      </w:tr>
      <w:tr w:rsidR="006B6354" w:rsidRPr="00601103" w14:paraId="701205C6"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5C46DC97" w14:textId="77777777" w:rsidR="006B6354" w:rsidRDefault="00000000">
            <w:pPr>
              <w:spacing w:line="240" w:lineRule="auto"/>
              <w:jc w:val="center"/>
              <w:rPr>
                <w:rFonts w:hint="eastAsia"/>
              </w:rPr>
            </w:pPr>
            <w:proofErr w:type="spellStart"/>
            <w:r>
              <w:rPr>
                <w:b/>
                <w:color w:val="FFFFFF"/>
              </w:rPr>
              <w:t>Tutlandia</w:t>
            </w:r>
            <w:proofErr w:type="spellEnd"/>
          </w:p>
          <w:p w14:paraId="25896400" w14:textId="77777777" w:rsidR="006B6354" w:rsidRDefault="00000000">
            <w:pPr>
              <w:spacing w:line="240" w:lineRule="auto"/>
              <w:jc w:val="center"/>
              <w:rPr>
                <w:rFonts w:hint="eastAsia"/>
              </w:rPr>
            </w:pPr>
            <w:r>
              <w:rPr>
                <w:i/>
                <w:color w:val="F8F0F9"/>
                <w:sz w:val="18"/>
              </w:rPr>
              <w:t>Agnieszka Ginko</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22CE10FE" w14:textId="77777777" w:rsidR="006B6354" w:rsidRPr="00601103" w:rsidRDefault="00000000">
            <w:pPr>
              <w:spacing w:line="240" w:lineRule="auto"/>
              <w:jc w:val="center"/>
              <w:rPr>
                <w:rFonts w:hint="eastAsia"/>
                <w:lang w:val="pl-PL"/>
              </w:rPr>
            </w:pPr>
            <w:r w:rsidRPr="00601103">
              <w:rPr>
                <w:b/>
                <w:color w:val="FFFFFF"/>
                <w:lang w:val="pl-PL"/>
              </w:rPr>
              <w:t>Książka, przecinek i kropka...</w:t>
            </w:r>
          </w:p>
          <w:p w14:paraId="566EB491" w14:textId="77777777" w:rsidR="006B6354" w:rsidRPr="00601103" w:rsidRDefault="00000000">
            <w:pPr>
              <w:spacing w:line="240" w:lineRule="auto"/>
              <w:jc w:val="center"/>
              <w:rPr>
                <w:rFonts w:hint="eastAsia"/>
                <w:lang w:val="pl-PL"/>
              </w:rPr>
            </w:pPr>
            <w:r w:rsidRPr="00601103">
              <w:rPr>
                <w:i/>
                <w:color w:val="F8F0F9"/>
                <w:sz w:val="18"/>
                <w:lang w:val="pl-PL"/>
              </w:rPr>
              <w:t xml:space="preserve">Natalia </w:t>
            </w:r>
            <w:proofErr w:type="spellStart"/>
            <w:r w:rsidRPr="00601103">
              <w:rPr>
                <w:i/>
                <w:color w:val="F8F0F9"/>
                <w:sz w:val="18"/>
                <w:lang w:val="pl-PL"/>
              </w:rPr>
              <w:t>Usenko</w:t>
            </w:r>
            <w:proofErr w:type="spellEnd"/>
          </w:p>
        </w:tc>
      </w:tr>
      <w:tr w:rsidR="006B6354" w:rsidRPr="00601103" w14:paraId="3E7EF3B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E747ABB" w14:textId="77777777" w:rsidR="006B6354" w:rsidRDefault="00000000">
            <w:pPr>
              <w:jc w:val="center"/>
              <w:rPr>
                <w:rFonts w:hint="eastAsia"/>
              </w:rPr>
            </w:pPr>
            <w:r>
              <w:rPr>
                <w:noProof/>
              </w:rPr>
              <w:drawing>
                <wp:inline distT="0" distB="0" distL="0" distR="0" wp14:anchorId="0CB0750E" wp14:editId="68875221">
                  <wp:extent cx="1227600" cy="132953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
                          <a:stretch>
                            <a:fillRect/>
                          </a:stretch>
                        </pic:blipFill>
                        <pic:spPr>
                          <a:xfrm>
                            <a:off x="0" y="0"/>
                            <a:ext cx="1227600" cy="132953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595573C" w14:textId="77777777" w:rsidR="006B6354" w:rsidRPr="00601103" w:rsidRDefault="00000000">
            <w:pPr>
              <w:spacing w:line="250" w:lineRule="auto"/>
              <w:jc w:val="center"/>
              <w:rPr>
                <w:rFonts w:hint="eastAsia"/>
                <w:lang w:val="pl-PL"/>
              </w:rPr>
            </w:pPr>
            <w:r w:rsidRPr="00601103">
              <w:rPr>
                <w:color w:val="1C1E22"/>
                <w:sz w:val="22"/>
                <w:lang w:val="pl-PL"/>
              </w:rPr>
              <w:t xml:space="preserve">Cała czwórka to </w:t>
            </w:r>
            <w:proofErr w:type="spellStart"/>
            <w:r w:rsidRPr="00601103">
              <w:rPr>
                <w:color w:val="1C1E22"/>
                <w:sz w:val="22"/>
                <w:lang w:val="pl-PL"/>
              </w:rPr>
              <w:t>Tutlandia</w:t>
            </w:r>
            <w:proofErr w:type="spellEnd"/>
            <w:r w:rsidRPr="00601103">
              <w:rPr>
                <w:color w:val="1C1E22"/>
                <w:sz w:val="22"/>
                <w:lang w:val="pl-PL"/>
              </w:rPr>
              <w:t xml:space="preserve"> w komplecie. Ich życie jest normalne - trochę wesołe, trochę smutne. Naprawdę smutno się robi, kiedy tatuś musi wyjechać na długo z domu, żeby zarobić pieniążki. Ale kiedy wraca, rodzina znowu jest w komplecie, a dla Tutki i Tutka to właśnie jest największym szczęściem.</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D408A03" w14:textId="77777777" w:rsidR="006B6354" w:rsidRDefault="00000000">
            <w:pPr>
              <w:jc w:val="center"/>
              <w:rPr>
                <w:rFonts w:hint="eastAsia"/>
              </w:rPr>
            </w:pPr>
            <w:r>
              <w:rPr>
                <w:noProof/>
              </w:rPr>
              <w:drawing>
                <wp:inline distT="0" distB="0" distL="0" distR="0" wp14:anchorId="2A66B719" wp14:editId="418AFE44">
                  <wp:extent cx="1227600" cy="138772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
                          <a:stretch>
                            <a:fillRect/>
                          </a:stretch>
                        </pic:blipFill>
                        <pic:spPr>
                          <a:xfrm>
                            <a:off x="0" y="0"/>
                            <a:ext cx="1227600" cy="1387722"/>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FFB808A" w14:textId="77777777" w:rsidR="006B6354" w:rsidRPr="00601103" w:rsidRDefault="00000000">
            <w:pPr>
              <w:spacing w:line="250" w:lineRule="auto"/>
              <w:jc w:val="center"/>
              <w:rPr>
                <w:rFonts w:hint="eastAsia"/>
                <w:lang w:val="pl-PL"/>
              </w:rPr>
            </w:pPr>
            <w:r w:rsidRPr="00601103">
              <w:rPr>
                <w:color w:val="1C1E22"/>
                <w:sz w:val="22"/>
                <w:lang w:val="pl-PL"/>
              </w:rPr>
              <w:t>nawet, jak ciekawe mogą być książki. Na czytelników czeka tu nie tylko duża dawka humoru, ale też wierszowane fragmenty – zagadki i zadania interaktywne – dzięki którym zawarte w tekście informacje lepiej zapadają w pamięć.</w:t>
            </w:r>
          </w:p>
        </w:tc>
      </w:tr>
      <w:tr w:rsidR="006B6354" w14:paraId="10A154B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759900C" w14:textId="77777777" w:rsidR="006B6354" w:rsidRDefault="00000000">
            <w:pPr>
              <w:rPr>
                <w:rFonts w:hint="eastAsia"/>
              </w:rPr>
            </w:pPr>
            <w:r>
              <w:rPr>
                <w:b/>
                <w:color w:val="0C0C0C"/>
                <w:sz w:val="18"/>
              </w:rPr>
              <w:t>B0035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1F7F5E6" w14:textId="77777777" w:rsidR="006B6354" w:rsidRDefault="00000000">
            <w:pPr>
              <w:rPr>
                <w:rFonts w:hint="eastAsia"/>
              </w:rPr>
            </w:pPr>
            <w:r>
              <w:rPr>
                <w:b/>
                <w:color w:val="0C0C0C"/>
                <w:sz w:val="18"/>
              </w:rPr>
              <w:t>B0036</w:t>
            </w:r>
          </w:p>
        </w:tc>
      </w:tr>
      <w:tr w:rsidR="006B6354" w:rsidRPr="00601103" w14:paraId="108268E6"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4B34A1C9" w14:textId="77777777" w:rsidR="006B6354" w:rsidRPr="00601103" w:rsidRDefault="00000000">
            <w:pPr>
              <w:spacing w:line="240" w:lineRule="auto"/>
              <w:jc w:val="center"/>
              <w:rPr>
                <w:rFonts w:hint="eastAsia"/>
                <w:lang w:val="pl-PL"/>
              </w:rPr>
            </w:pPr>
            <w:r w:rsidRPr="00601103">
              <w:rPr>
                <w:b/>
                <w:color w:val="FFFFFF"/>
                <w:lang w:val="pl-PL"/>
              </w:rPr>
              <w:lastRenderedPageBreak/>
              <w:t>Gdzie jest Mikołaj?</w:t>
            </w:r>
          </w:p>
          <w:p w14:paraId="3D2F75DC" w14:textId="77777777" w:rsidR="006B6354" w:rsidRPr="00601103" w:rsidRDefault="00000000">
            <w:pPr>
              <w:spacing w:line="240" w:lineRule="auto"/>
              <w:jc w:val="center"/>
              <w:rPr>
                <w:rFonts w:hint="eastAsia"/>
                <w:lang w:val="pl-PL"/>
              </w:rPr>
            </w:pPr>
            <w:r w:rsidRPr="00601103">
              <w:rPr>
                <w:i/>
                <w:color w:val="F8F0F9"/>
                <w:sz w:val="18"/>
                <w:lang w:val="pl-PL"/>
              </w:rPr>
              <w:t>David Bedford</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60C94A98" w14:textId="77777777" w:rsidR="006B6354" w:rsidRPr="00601103" w:rsidRDefault="00000000">
            <w:pPr>
              <w:spacing w:line="240" w:lineRule="auto"/>
              <w:jc w:val="center"/>
              <w:rPr>
                <w:rFonts w:hint="eastAsia"/>
                <w:lang w:val="pl-PL"/>
              </w:rPr>
            </w:pPr>
            <w:r w:rsidRPr="00601103">
              <w:rPr>
                <w:b/>
                <w:color w:val="FFFFFF"/>
                <w:lang w:val="pl-PL"/>
              </w:rPr>
              <w:t>Pilot i ja</w:t>
            </w:r>
          </w:p>
          <w:p w14:paraId="253F829C" w14:textId="77777777" w:rsidR="006B6354" w:rsidRPr="00601103" w:rsidRDefault="00000000">
            <w:pPr>
              <w:spacing w:line="240" w:lineRule="auto"/>
              <w:jc w:val="center"/>
              <w:rPr>
                <w:rFonts w:hint="eastAsia"/>
                <w:lang w:val="pl-PL"/>
              </w:rPr>
            </w:pPr>
            <w:r w:rsidRPr="00601103">
              <w:rPr>
                <w:i/>
                <w:color w:val="F8F0F9"/>
                <w:sz w:val="18"/>
                <w:lang w:val="pl-PL"/>
              </w:rPr>
              <w:t>Adam Bahdaj</w:t>
            </w:r>
          </w:p>
        </w:tc>
      </w:tr>
      <w:tr w:rsidR="006B6354" w:rsidRPr="00601103" w14:paraId="6E5E579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5FF0B4E" w14:textId="77777777" w:rsidR="006B6354" w:rsidRDefault="00000000">
            <w:pPr>
              <w:jc w:val="center"/>
              <w:rPr>
                <w:rFonts w:hint="eastAsia"/>
              </w:rPr>
            </w:pPr>
            <w:r>
              <w:rPr>
                <w:noProof/>
              </w:rPr>
              <w:drawing>
                <wp:inline distT="0" distB="0" distL="0" distR="0" wp14:anchorId="0C495BC9" wp14:editId="7552E2C4">
                  <wp:extent cx="1227600" cy="140487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
                          <a:stretch>
                            <a:fillRect/>
                          </a:stretch>
                        </pic:blipFill>
                        <pic:spPr>
                          <a:xfrm>
                            <a:off x="0" y="0"/>
                            <a:ext cx="1227600" cy="140487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461A1AD" w14:textId="77777777" w:rsidR="006B6354" w:rsidRDefault="00000000">
            <w:pPr>
              <w:spacing w:line="250" w:lineRule="auto"/>
              <w:jc w:val="center"/>
              <w:rPr>
                <w:rFonts w:hint="eastAsia"/>
              </w:rPr>
            </w:pPr>
            <w:r w:rsidRPr="00601103">
              <w:rPr>
                <w:color w:val="1C1E22"/>
                <w:sz w:val="22"/>
                <w:lang w:val="pl-PL"/>
              </w:rPr>
              <w:t xml:space="preserve">W wigilię Bożego Narodzenia Mały Miś nie mógł się doczekać wizyty św. Mikołaja. „Mikołaj przyjdzie dopiero wtedy, gdy pójdziesz spać” – powiedziała jego mama, ale Mały Miś nie miał ochoty iść do łóżka. Chciał zobaczyć Mikołaja. Nagle usłyszał jakieś bulgotanie… Co to za hałas? </w:t>
            </w:r>
            <w:proofErr w:type="spellStart"/>
            <w:r>
              <w:rPr>
                <w:color w:val="1C1E22"/>
                <w:sz w:val="22"/>
              </w:rPr>
              <w:t>Ktoś</w:t>
            </w:r>
            <w:proofErr w:type="spellEnd"/>
            <w:r>
              <w:rPr>
                <w:color w:val="1C1E22"/>
                <w:sz w:val="22"/>
              </w:rPr>
              <w:t xml:space="preserve"> jest </w:t>
            </w:r>
            <w:proofErr w:type="spellStart"/>
            <w:r>
              <w:rPr>
                <w:color w:val="1C1E22"/>
                <w:sz w:val="22"/>
              </w:rPr>
              <w:t>na</w:t>
            </w:r>
            <w:proofErr w:type="spellEnd"/>
            <w:r>
              <w:rPr>
                <w:color w:val="1C1E22"/>
                <w:sz w:val="22"/>
              </w:rPr>
              <w:t xml:space="preserve"> dole! Czy to naprawdę św. Mikołaj?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0844AE1" w14:textId="77777777" w:rsidR="006B6354" w:rsidRDefault="00000000">
            <w:pPr>
              <w:jc w:val="center"/>
              <w:rPr>
                <w:rFonts w:hint="eastAsia"/>
              </w:rPr>
            </w:pPr>
            <w:r>
              <w:rPr>
                <w:noProof/>
              </w:rPr>
              <w:drawing>
                <wp:inline distT="0" distB="0" distL="0" distR="0" wp14:anchorId="07D2749D" wp14:editId="2FD064CE">
                  <wp:extent cx="1227600" cy="170050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
                          <a:stretch>
                            <a:fillRect/>
                          </a:stretch>
                        </pic:blipFill>
                        <pic:spPr>
                          <a:xfrm>
                            <a:off x="0" y="0"/>
                            <a:ext cx="1227600" cy="170050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E397C32" w14:textId="77777777" w:rsidR="006B6354" w:rsidRPr="00601103" w:rsidRDefault="00000000">
            <w:pPr>
              <w:spacing w:line="250" w:lineRule="auto"/>
              <w:jc w:val="center"/>
              <w:rPr>
                <w:rFonts w:hint="eastAsia"/>
                <w:lang w:val="pl-PL"/>
              </w:rPr>
            </w:pPr>
            <w:r w:rsidRPr="00601103">
              <w:rPr>
                <w:color w:val="1C1E22"/>
                <w:sz w:val="22"/>
                <w:lang w:val="pl-PL"/>
              </w:rPr>
              <w:t>Waluś marzy o pięknym samolocie i szybowaniu wysoko w przestworzach. Jego marzenie spełnia się – chłopiec wyrusza wraz z wąsatym pilotem w podniebną podróż. Po locie pełnym przygód i wrażeń docierają wreszcie do cioci Eli, mieszkającej w Olsztynie. I nagle... Waluś budzi się! Czy to był tylko sen?</w:t>
            </w:r>
          </w:p>
        </w:tc>
      </w:tr>
      <w:tr w:rsidR="006B6354" w14:paraId="117CF5F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4522181" w14:textId="77777777" w:rsidR="006B6354" w:rsidRDefault="00000000">
            <w:pPr>
              <w:rPr>
                <w:rFonts w:hint="eastAsia"/>
              </w:rPr>
            </w:pPr>
            <w:r>
              <w:rPr>
                <w:b/>
                <w:color w:val="0C0C0C"/>
                <w:sz w:val="18"/>
              </w:rPr>
              <w:t>B0037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DDC24CF" w14:textId="77777777" w:rsidR="006B6354" w:rsidRDefault="00000000">
            <w:pPr>
              <w:rPr>
                <w:rFonts w:hint="eastAsia"/>
              </w:rPr>
            </w:pPr>
            <w:r>
              <w:rPr>
                <w:b/>
                <w:color w:val="0C0C0C"/>
                <w:sz w:val="18"/>
              </w:rPr>
              <w:t>B0038</w:t>
            </w:r>
          </w:p>
        </w:tc>
      </w:tr>
      <w:tr w:rsidR="006B6354" w:rsidRPr="00601103" w14:paraId="1656F6EA"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1F4B344" w14:textId="77777777" w:rsidR="006B6354" w:rsidRPr="00601103" w:rsidRDefault="00000000">
            <w:pPr>
              <w:spacing w:line="240" w:lineRule="auto"/>
              <w:jc w:val="center"/>
              <w:rPr>
                <w:rFonts w:hint="eastAsia"/>
                <w:lang w:val="pl-PL"/>
              </w:rPr>
            </w:pPr>
            <w:r w:rsidRPr="00601103">
              <w:rPr>
                <w:b/>
                <w:color w:val="FFFFFF"/>
                <w:lang w:val="pl-PL"/>
              </w:rPr>
              <w:t>Hura, są święta!</w:t>
            </w:r>
          </w:p>
          <w:p w14:paraId="238DE377"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Ulf</w:t>
            </w:r>
            <w:proofErr w:type="spellEnd"/>
            <w:r w:rsidRPr="00601103">
              <w:rPr>
                <w:i/>
                <w:color w:val="F8F0F9"/>
                <w:sz w:val="18"/>
                <w:lang w:val="pl-PL"/>
              </w:rPr>
              <w:t xml:space="preserve"> </w:t>
            </w:r>
            <w:proofErr w:type="spellStart"/>
            <w:r w:rsidRPr="00601103">
              <w:rPr>
                <w:i/>
                <w:color w:val="F8F0F9"/>
                <w:sz w:val="18"/>
                <w:lang w:val="pl-PL"/>
              </w:rPr>
              <w:t>Nilsson</w:t>
            </w:r>
            <w:proofErr w:type="spellEnd"/>
            <w:r w:rsidRPr="00601103">
              <w:rPr>
                <w:i/>
                <w:color w:val="F8F0F9"/>
                <w:sz w:val="18"/>
                <w:lang w:val="pl-PL"/>
              </w:rPr>
              <w:t xml:space="preserve">, Emma </w:t>
            </w:r>
            <w:proofErr w:type="spellStart"/>
            <w:r w:rsidRPr="00601103">
              <w:rPr>
                <w:i/>
                <w:color w:val="F8F0F9"/>
                <w:sz w:val="18"/>
                <w:lang w:val="pl-PL"/>
              </w:rPr>
              <w:t>AdBage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55C02B5" w14:textId="77777777" w:rsidR="006B6354" w:rsidRPr="00601103" w:rsidRDefault="00000000">
            <w:pPr>
              <w:spacing w:line="240" w:lineRule="auto"/>
              <w:jc w:val="center"/>
              <w:rPr>
                <w:rFonts w:hint="eastAsia"/>
                <w:lang w:val="pl-PL"/>
              </w:rPr>
            </w:pPr>
            <w:r w:rsidRPr="00601103">
              <w:rPr>
                <w:b/>
                <w:color w:val="FFFFFF"/>
                <w:lang w:val="pl-PL"/>
              </w:rPr>
              <w:t>Księżniczka z chmur</w:t>
            </w:r>
          </w:p>
          <w:p w14:paraId="05E0A642"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Khoa</w:t>
            </w:r>
            <w:proofErr w:type="spellEnd"/>
            <w:r w:rsidRPr="00601103">
              <w:rPr>
                <w:i/>
                <w:color w:val="F8F0F9"/>
                <w:sz w:val="18"/>
                <w:lang w:val="pl-PL"/>
              </w:rPr>
              <w:t xml:space="preserve"> Le</w:t>
            </w:r>
          </w:p>
        </w:tc>
      </w:tr>
      <w:tr w:rsidR="006B6354" w:rsidRPr="00601103" w14:paraId="2A3A7699"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14B26AF" w14:textId="77777777" w:rsidR="006B6354" w:rsidRDefault="00000000">
            <w:pPr>
              <w:jc w:val="center"/>
              <w:rPr>
                <w:rFonts w:hint="eastAsia"/>
              </w:rPr>
            </w:pPr>
            <w:r>
              <w:rPr>
                <w:noProof/>
              </w:rPr>
              <w:drawing>
                <wp:inline distT="0" distB="0" distL="0" distR="0" wp14:anchorId="68B80E65" wp14:editId="780D378B">
                  <wp:extent cx="1227600" cy="132931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
                          <a:stretch>
                            <a:fillRect/>
                          </a:stretch>
                        </pic:blipFill>
                        <pic:spPr>
                          <a:xfrm>
                            <a:off x="0" y="0"/>
                            <a:ext cx="1227600" cy="1329315"/>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B17B97A" w14:textId="77777777" w:rsidR="006B6354" w:rsidRDefault="00000000">
            <w:pPr>
              <w:spacing w:line="250" w:lineRule="auto"/>
              <w:jc w:val="center"/>
              <w:rPr>
                <w:rFonts w:hint="eastAsia"/>
              </w:rPr>
            </w:pPr>
            <w:r w:rsidRPr="00601103">
              <w:rPr>
                <w:color w:val="1C1E22"/>
                <w:sz w:val="22"/>
                <w:lang w:val="pl-PL"/>
              </w:rPr>
              <w:t xml:space="preserve">do rzeźni. Niedługo potem spotyka równie bezdomną kotkę. Razem zasiedlają opuszczoną chatę, gdzie jak się okazuje, mieszkają jeszcze dwie myszy. Ale lista lokatorów niebawem znacznie się powiększy – ich chata zacznie pękać w szwach! </w:t>
            </w:r>
            <w:proofErr w:type="spellStart"/>
            <w:r>
              <w:rPr>
                <w:color w:val="1C1E22"/>
                <w:sz w:val="22"/>
              </w:rPr>
              <w:t>Wszyscy</w:t>
            </w:r>
            <w:proofErr w:type="spellEnd"/>
            <w:r>
              <w:rPr>
                <w:color w:val="1C1E22"/>
                <w:sz w:val="22"/>
              </w:rPr>
              <w:t xml:space="preserve"> </w:t>
            </w:r>
            <w:proofErr w:type="spellStart"/>
            <w:r>
              <w:rPr>
                <w:color w:val="1C1E22"/>
                <w:sz w:val="22"/>
              </w:rPr>
              <w:t>razem</w:t>
            </w:r>
            <w:proofErr w:type="spellEnd"/>
            <w:r>
              <w:rPr>
                <w:color w:val="1C1E22"/>
                <w:sz w:val="22"/>
              </w:rPr>
              <w:t xml:space="preserve"> </w:t>
            </w:r>
            <w:proofErr w:type="spellStart"/>
            <w:r>
              <w:rPr>
                <w:color w:val="1C1E22"/>
                <w:sz w:val="22"/>
              </w:rPr>
              <w:t>przygotowują</w:t>
            </w:r>
            <w:proofErr w:type="spellEnd"/>
            <w:r>
              <w:rPr>
                <w:color w:val="1C1E22"/>
                <w:sz w:val="22"/>
              </w:rPr>
              <w:t xml:space="preserve"> </w:t>
            </w:r>
            <w:proofErr w:type="spellStart"/>
            <w:r>
              <w:rPr>
                <w:color w:val="1C1E22"/>
                <w:sz w:val="22"/>
              </w:rPr>
              <w:t>wspólne</w:t>
            </w:r>
            <w:proofErr w:type="spellEnd"/>
            <w:r>
              <w:rPr>
                <w:color w:val="1C1E22"/>
                <w:sz w:val="22"/>
              </w:rPr>
              <w:t xml:space="preserve"> Święta.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833561C" w14:textId="77777777" w:rsidR="006B6354" w:rsidRDefault="00000000">
            <w:pPr>
              <w:jc w:val="center"/>
              <w:rPr>
                <w:rFonts w:hint="eastAsia"/>
              </w:rPr>
            </w:pPr>
            <w:r>
              <w:rPr>
                <w:noProof/>
              </w:rPr>
              <w:drawing>
                <wp:inline distT="0" distB="0" distL="0" distR="0" wp14:anchorId="2E18BD31" wp14:editId="061ED7A6">
                  <wp:extent cx="1227600" cy="1743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47B5361" w14:textId="77777777" w:rsidR="006B6354" w:rsidRPr="00601103" w:rsidRDefault="00000000">
            <w:pPr>
              <w:spacing w:line="250" w:lineRule="auto"/>
              <w:jc w:val="center"/>
              <w:rPr>
                <w:rFonts w:hint="eastAsia"/>
                <w:lang w:val="pl-PL"/>
              </w:rPr>
            </w:pPr>
            <w:proofErr w:type="gramStart"/>
            <w:r w:rsidRPr="00601103">
              <w:rPr>
                <w:color w:val="1C1E22"/>
                <w:sz w:val="22"/>
                <w:lang w:val="pl-PL"/>
              </w:rPr>
              <w:t>zobaczyć</w:t>
            </w:r>
            <w:proofErr w:type="gramEnd"/>
            <w:r w:rsidRPr="00601103">
              <w:rPr>
                <w:color w:val="1C1E22"/>
                <w:sz w:val="22"/>
                <w:lang w:val="pl-PL"/>
              </w:rPr>
              <w:t xml:space="preserve"> jak jest na Ziemi. Kiedy tam się wybrała, bardzo się jej tam spodobało, ale okazało się, że zaczyna się skraplać pod wpływem promieni słońca. W ostatniej chwili udało się jej uciec w górę i od tej pory już nie tęskniła za Ziemią. To oczywiście konfucjańskie prawdy na temat roli jednostki w społeczeństwie, która powinna być szczęśliwa </w:t>
            </w:r>
            <w:proofErr w:type="gramStart"/>
            <w:r w:rsidRPr="00601103">
              <w:rPr>
                <w:color w:val="1C1E22"/>
                <w:sz w:val="22"/>
                <w:lang w:val="pl-PL"/>
              </w:rPr>
              <w:t>tam</w:t>
            </w:r>
            <w:proofErr w:type="gramEnd"/>
            <w:r w:rsidRPr="00601103">
              <w:rPr>
                <w:color w:val="1C1E22"/>
                <w:sz w:val="22"/>
                <w:lang w:val="pl-PL"/>
              </w:rPr>
              <w:t xml:space="preserve"> gdzie jest.</w:t>
            </w:r>
          </w:p>
        </w:tc>
      </w:tr>
      <w:tr w:rsidR="006B6354" w14:paraId="4A2C194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FE49491" w14:textId="77777777" w:rsidR="006B6354" w:rsidRDefault="00000000">
            <w:pPr>
              <w:rPr>
                <w:rFonts w:hint="eastAsia"/>
              </w:rPr>
            </w:pPr>
            <w:r>
              <w:rPr>
                <w:b/>
                <w:color w:val="0C0C0C"/>
                <w:sz w:val="18"/>
              </w:rPr>
              <w:t>B0039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F242F02" w14:textId="77777777" w:rsidR="006B6354" w:rsidRDefault="00000000">
            <w:pPr>
              <w:rPr>
                <w:rFonts w:hint="eastAsia"/>
              </w:rPr>
            </w:pPr>
            <w:r>
              <w:rPr>
                <w:b/>
                <w:color w:val="0C0C0C"/>
                <w:sz w:val="18"/>
              </w:rPr>
              <w:t>E0064</w:t>
            </w:r>
          </w:p>
        </w:tc>
      </w:tr>
      <w:tr w:rsidR="006B6354" w14:paraId="154FF4D6"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8B085D8" w14:textId="77777777" w:rsidR="006B6354" w:rsidRDefault="00000000">
            <w:pPr>
              <w:spacing w:line="240" w:lineRule="auto"/>
              <w:jc w:val="center"/>
              <w:rPr>
                <w:rFonts w:hint="eastAsia"/>
              </w:rPr>
            </w:pPr>
            <w:r>
              <w:rPr>
                <w:b/>
                <w:color w:val="FFFFFF"/>
              </w:rPr>
              <w:lastRenderedPageBreak/>
              <w:t>Szymek Brudas</w:t>
            </w:r>
          </w:p>
          <w:p w14:paraId="070B9C0B" w14:textId="77777777" w:rsidR="006B6354" w:rsidRDefault="00000000">
            <w:pPr>
              <w:spacing w:line="240" w:lineRule="auto"/>
              <w:jc w:val="center"/>
              <w:rPr>
                <w:rFonts w:hint="eastAsia"/>
              </w:rPr>
            </w:pPr>
            <w:r>
              <w:rPr>
                <w:i/>
                <w:color w:val="F8F0F9"/>
                <w:sz w:val="18"/>
              </w:rPr>
              <w:t>Khoa Le</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36E0D0A" w14:textId="77777777" w:rsidR="006B6354" w:rsidRDefault="00000000">
            <w:pPr>
              <w:spacing w:line="240" w:lineRule="auto"/>
              <w:jc w:val="center"/>
              <w:rPr>
                <w:rFonts w:hint="eastAsia"/>
              </w:rPr>
            </w:pPr>
            <w:r>
              <w:rPr>
                <w:b/>
                <w:color w:val="FFFFFF"/>
              </w:rPr>
              <w:t>Miodunka</w:t>
            </w:r>
          </w:p>
          <w:p w14:paraId="0FF71792" w14:textId="77777777" w:rsidR="006B6354" w:rsidRDefault="00000000">
            <w:pPr>
              <w:spacing w:line="240" w:lineRule="auto"/>
              <w:jc w:val="center"/>
              <w:rPr>
                <w:rFonts w:hint="eastAsia"/>
              </w:rPr>
            </w:pPr>
            <w:r>
              <w:rPr>
                <w:i/>
                <w:color w:val="F8F0F9"/>
                <w:sz w:val="18"/>
              </w:rPr>
              <w:t>Khoa Le</w:t>
            </w:r>
          </w:p>
        </w:tc>
      </w:tr>
      <w:tr w:rsidR="006B6354" w:rsidRPr="00601103" w14:paraId="3059107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7708372" w14:textId="77777777" w:rsidR="006B6354" w:rsidRDefault="00000000">
            <w:pPr>
              <w:jc w:val="center"/>
              <w:rPr>
                <w:rFonts w:hint="eastAsia"/>
              </w:rPr>
            </w:pPr>
            <w:r>
              <w:rPr>
                <w:noProof/>
              </w:rPr>
              <w:drawing>
                <wp:inline distT="0" distB="0" distL="0" distR="0" wp14:anchorId="68439C6C" wp14:editId="04D4C004">
                  <wp:extent cx="1227600" cy="1743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6F6DC0" w14:textId="77777777" w:rsidR="006B6354" w:rsidRPr="00601103" w:rsidRDefault="00000000">
            <w:pPr>
              <w:spacing w:line="250" w:lineRule="auto"/>
              <w:jc w:val="center"/>
              <w:rPr>
                <w:rFonts w:hint="eastAsia"/>
                <w:lang w:val="pl-PL"/>
              </w:rPr>
            </w:pPr>
            <w:r w:rsidRPr="00601103">
              <w:rPr>
                <w:color w:val="1C1E22"/>
                <w:sz w:val="22"/>
                <w:lang w:val="pl-PL"/>
              </w:rPr>
              <w:t>"Był sobie pewien chłopiec, który nie chciał się myć. Po jakimś czasie był tak brudny, że nie chciały się z nim bawić dzieci, natomiast pokochały go bakterie. Bakterie urosły tak duże (sic!</w:t>
            </w:r>
            <w:proofErr w:type="gramStart"/>
            <w:r w:rsidRPr="00601103">
              <w:rPr>
                <w:color w:val="1C1E22"/>
                <w:sz w:val="22"/>
                <w:lang w:val="pl-PL"/>
              </w:rPr>
              <w:t>),że</w:t>
            </w:r>
            <w:proofErr w:type="gramEnd"/>
            <w:r w:rsidRPr="00601103">
              <w:rPr>
                <w:color w:val="1C1E22"/>
                <w:sz w:val="22"/>
                <w:lang w:val="pl-PL"/>
              </w:rPr>
              <w:t xml:space="preserve"> zaczęły go gonić, krzycząc „Nie uciekaj przed nami! Chcemy się zaprzyjaźnić!”. Jak można się domyślić, mama umyła Szymka i wszystko dobrze się skończyło.</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7D24793" w14:textId="77777777" w:rsidR="006B6354" w:rsidRDefault="00000000">
            <w:pPr>
              <w:jc w:val="center"/>
              <w:rPr>
                <w:rFonts w:hint="eastAsia"/>
              </w:rPr>
            </w:pPr>
            <w:r>
              <w:rPr>
                <w:noProof/>
              </w:rPr>
              <w:drawing>
                <wp:inline distT="0" distB="0" distL="0" distR="0" wp14:anchorId="70D718B1" wp14:editId="06DB23D5">
                  <wp:extent cx="1227600" cy="1743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910B0BD" w14:textId="77777777" w:rsidR="006B6354" w:rsidRPr="00601103" w:rsidRDefault="00000000">
            <w:pPr>
              <w:spacing w:line="250" w:lineRule="auto"/>
              <w:jc w:val="center"/>
              <w:rPr>
                <w:rFonts w:hint="eastAsia"/>
                <w:lang w:val="pl-PL"/>
              </w:rPr>
            </w:pPr>
            <w:r w:rsidRPr="00601103">
              <w:rPr>
                <w:color w:val="1C1E22"/>
                <w:sz w:val="22"/>
                <w:lang w:val="pl-PL"/>
              </w:rPr>
              <w:t>Pewnego dnia słońce było tak palące, że Miodunka rozpłynęła się i został z niej tylko miód. Mama zorientowała się, co się stało, zebrała miód do czary; w domu wyrobiła ciasto, z którego uformowała Miodunkę. Na koniec zrobiła z czekolady i żelków kapelusz, którego Miodunka na pewno nie zapomni wkładać w upalne dni.</w:t>
            </w:r>
          </w:p>
        </w:tc>
      </w:tr>
      <w:tr w:rsidR="006B6354" w14:paraId="50B05974"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3D860FE" w14:textId="77777777" w:rsidR="006B6354" w:rsidRDefault="00000000">
            <w:pPr>
              <w:rPr>
                <w:rFonts w:hint="eastAsia"/>
              </w:rPr>
            </w:pPr>
            <w:r>
              <w:rPr>
                <w:b/>
                <w:color w:val="0C0C0C"/>
                <w:sz w:val="18"/>
              </w:rPr>
              <w:t>E0065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F0DD4F9" w14:textId="77777777" w:rsidR="006B6354" w:rsidRDefault="00000000">
            <w:pPr>
              <w:rPr>
                <w:rFonts w:hint="eastAsia"/>
              </w:rPr>
            </w:pPr>
            <w:r>
              <w:rPr>
                <w:b/>
                <w:color w:val="0C0C0C"/>
                <w:sz w:val="18"/>
              </w:rPr>
              <w:t>E0066</w:t>
            </w:r>
          </w:p>
        </w:tc>
      </w:tr>
      <w:tr w:rsidR="006B6354" w14:paraId="22D602D8"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864A0DE" w14:textId="77777777" w:rsidR="006B6354" w:rsidRPr="00601103" w:rsidRDefault="00000000">
            <w:pPr>
              <w:spacing w:line="240" w:lineRule="auto"/>
              <w:jc w:val="center"/>
              <w:rPr>
                <w:rFonts w:hint="eastAsia"/>
                <w:lang w:val="pl-PL"/>
              </w:rPr>
            </w:pPr>
            <w:r w:rsidRPr="00601103">
              <w:rPr>
                <w:b/>
                <w:color w:val="FFFFFF"/>
                <w:lang w:val="pl-PL"/>
              </w:rPr>
              <w:t>Słońce i księżyc</w:t>
            </w:r>
          </w:p>
          <w:p w14:paraId="677C2370"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Khoa</w:t>
            </w:r>
            <w:proofErr w:type="spellEnd"/>
            <w:r w:rsidRPr="00601103">
              <w:rPr>
                <w:i/>
                <w:color w:val="F8F0F9"/>
                <w:sz w:val="18"/>
                <w:lang w:val="pl-PL"/>
              </w:rPr>
              <w:t xml:space="preserve"> Le</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06861C5" w14:textId="77777777" w:rsidR="006B6354" w:rsidRDefault="00000000">
            <w:pPr>
              <w:spacing w:line="240" w:lineRule="auto"/>
              <w:jc w:val="center"/>
              <w:rPr>
                <w:rFonts w:hint="eastAsia"/>
              </w:rPr>
            </w:pPr>
            <w:proofErr w:type="spellStart"/>
            <w:r>
              <w:rPr>
                <w:b/>
                <w:color w:val="FFFFFF"/>
              </w:rPr>
              <w:t>Szopięta</w:t>
            </w:r>
            <w:proofErr w:type="spellEnd"/>
          </w:p>
          <w:p w14:paraId="5F7B937D" w14:textId="77777777" w:rsidR="006B6354" w:rsidRDefault="00000000">
            <w:pPr>
              <w:spacing w:line="240" w:lineRule="auto"/>
              <w:jc w:val="center"/>
              <w:rPr>
                <w:rFonts w:hint="eastAsia"/>
              </w:rPr>
            </w:pPr>
            <w:r>
              <w:rPr>
                <w:i/>
                <w:color w:val="F8F0F9"/>
                <w:sz w:val="18"/>
              </w:rPr>
              <w:t>Ewa Kozyra - Pawlak</w:t>
            </w:r>
          </w:p>
        </w:tc>
      </w:tr>
      <w:tr w:rsidR="006B6354" w:rsidRPr="00601103" w14:paraId="595C7C0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737E98C" w14:textId="77777777" w:rsidR="006B6354" w:rsidRDefault="00000000">
            <w:pPr>
              <w:jc w:val="center"/>
              <w:rPr>
                <w:rFonts w:hint="eastAsia"/>
              </w:rPr>
            </w:pPr>
            <w:r>
              <w:rPr>
                <w:noProof/>
              </w:rPr>
              <w:drawing>
                <wp:inline distT="0" distB="0" distL="0" distR="0" wp14:anchorId="1FFA5AA7" wp14:editId="62747BF4">
                  <wp:extent cx="1227600" cy="1743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7074182" w14:textId="77777777" w:rsidR="006B6354" w:rsidRPr="00601103" w:rsidRDefault="00000000">
            <w:pPr>
              <w:spacing w:line="250" w:lineRule="auto"/>
              <w:jc w:val="center"/>
              <w:rPr>
                <w:rFonts w:hint="eastAsia"/>
                <w:lang w:val="pl-PL"/>
              </w:rPr>
            </w:pPr>
            <w:r w:rsidRPr="00601103">
              <w:rPr>
                <w:color w:val="1C1E22"/>
                <w:sz w:val="22"/>
                <w:lang w:val="pl-PL"/>
              </w:rPr>
              <w:t xml:space="preserve">prawdziwego słońca i księżyca), które są o siebie zazdrosne, cały czas zastanawiając się, która z nich jest ważniejsza. Aby to sprawdzić, postanawiają zamienić się rolami, co oczywiście prowadzi do katastrofy: słońce świeci cały czas, niszcząc </w:t>
            </w:r>
            <w:proofErr w:type="gramStart"/>
            <w:r w:rsidRPr="00601103">
              <w:rPr>
                <w:color w:val="1C1E22"/>
                <w:sz w:val="22"/>
                <w:lang w:val="pl-PL"/>
              </w:rPr>
              <w:t>plony,</w:t>
            </w:r>
            <w:proofErr w:type="gramEnd"/>
            <w:r w:rsidRPr="00601103">
              <w:rPr>
                <w:color w:val="1C1E22"/>
                <w:sz w:val="22"/>
                <w:lang w:val="pl-PL"/>
              </w:rPr>
              <w:t xml:space="preserve"> albo jest bardzo zimno itp. Na szczęście ludzie w końcu zdołali przekonać siostry, że obie są równie ważne.</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C68BAB2" w14:textId="77777777" w:rsidR="006B6354" w:rsidRDefault="00000000">
            <w:pPr>
              <w:jc w:val="center"/>
              <w:rPr>
                <w:rFonts w:hint="eastAsia"/>
              </w:rPr>
            </w:pPr>
            <w:r>
              <w:rPr>
                <w:noProof/>
              </w:rPr>
              <w:drawing>
                <wp:inline distT="0" distB="0" distL="0" distR="0" wp14:anchorId="29C41DD4" wp14:editId="63B90DDA">
                  <wp:extent cx="1227600" cy="1227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8CF076C" w14:textId="77777777" w:rsidR="006B6354" w:rsidRPr="00601103" w:rsidRDefault="00000000">
            <w:pPr>
              <w:spacing w:line="250" w:lineRule="auto"/>
              <w:jc w:val="center"/>
              <w:rPr>
                <w:rFonts w:hint="eastAsia"/>
                <w:lang w:val="pl-PL"/>
              </w:rPr>
            </w:pPr>
            <w:r w:rsidRPr="00601103">
              <w:rPr>
                <w:color w:val="1C1E22"/>
                <w:sz w:val="22"/>
                <w:lang w:val="pl-PL"/>
              </w:rPr>
              <w:t>Bez wytchnienia piorą i sprzątają, ale mają też wielkie zmartwienie: ich dzieci okropnie się brudzą! Co rodzice upiorą, małe szopy natychmiast ubłocą, zatłuszczą i zaplamią, robiąc przy okazji straszliwy bałagan. Czy jest coś, co sprawi, że te dwa światy się połączą?</w:t>
            </w:r>
          </w:p>
        </w:tc>
      </w:tr>
      <w:tr w:rsidR="006B6354" w14:paraId="35A366E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C0EB816" w14:textId="77777777" w:rsidR="006B6354" w:rsidRDefault="00000000">
            <w:pPr>
              <w:rPr>
                <w:rFonts w:hint="eastAsia"/>
              </w:rPr>
            </w:pPr>
            <w:r>
              <w:rPr>
                <w:b/>
                <w:color w:val="0C0C0C"/>
                <w:sz w:val="18"/>
              </w:rPr>
              <w:t>E0067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BB90FE3" w14:textId="77777777" w:rsidR="006B6354" w:rsidRDefault="00000000">
            <w:pPr>
              <w:rPr>
                <w:rFonts w:hint="eastAsia"/>
              </w:rPr>
            </w:pPr>
            <w:r>
              <w:rPr>
                <w:b/>
                <w:color w:val="0C0C0C"/>
                <w:sz w:val="18"/>
              </w:rPr>
              <w:t>E0068</w:t>
            </w:r>
          </w:p>
        </w:tc>
      </w:tr>
      <w:tr w:rsidR="006B6354" w:rsidRPr="00601103" w14:paraId="4019C841"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481F97F" w14:textId="77777777" w:rsidR="006B6354" w:rsidRPr="00601103" w:rsidRDefault="00000000">
            <w:pPr>
              <w:spacing w:line="240" w:lineRule="auto"/>
              <w:jc w:val="center"/>
              <w:rPr>
                <w:rFonts w:hint="eastAsia"/>
                <w:lang w:val="pl-PL"/>
              </w:rPr>
            </w:pPr>
            <w:r w:rsidRPr="00601103">
              <w:rPr>
                <w:b/>
                <w:color w:val="FFFFFF"/>
                <w:lang w:val="pl-PL"/>
              </w:rPr>
              <w:lastRenderedPageBreak/>
              <w:t>To co najbardziej lubię w przedszkolu</w:t>
            </w:r>
          </w:p>
          <w:p w14:paraId="494D6669" w14:textId="77777777" w:rsidR="006B6354" w:rsidRDefault="00000000">
            <w:pPr>
              <w:spacing w:line="240" w:lineRule="auto"/>
              <w:jc w:val="center"/>
              <w:rPr>
                <w:rFonts w:hint="eastAsia"/>
              </w:rPr>
            </w:pPr>
            <w:r>
              <w:rPr>
                <w:i/>
                <w:color w:val="F8F0F9"/>
                <w:sz w:val="18"/>
              </w:rPr>
              <w:t>Trace Moroney</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95EABDA" w14:textId="77777777" w:rsidR="006B6354" w:rsidRPr="00601103" w:rsidRDefault="00000000">
            <w:pPr>
              <w:spacing w:line="240" w:lineRule="auto"/>
              <w:jc w:val="center"/>
              <w:rPr>
                <w:rFonts w:hint="eastAsia"/>
                <w:lang w:val="pl-PL"/>
              </w:rPr>
            </w:pPr>
            <w:proofErr w:type="spellStart"/>
            <w:r w:rsidRPr="00601103">
              <w:rPr>
                <w:b/>
                <w:color w:val="FFFFFF"/>
                <w:lang w:val="pl-PL"/>
              </w:rPr>
              <w:t>Pucio</w:t>
            </w:r>
            <w:proofErr w:type="spellEnd"/>
            <w:r w:rsidRPr="00601103">
              <w:rPr>
                <w:b/>
                <w:color w:val="FFFFFF"/>
                <w:lang w:val="pl-PL"/>
              </w:rPr>
              <w:t xml:space="preserve"> umie opowiadać</w:t>
            </w:r>
          </w:p>
          <w:p w14:paraId="7FF39EA3" w14:textId="77777777" w:rsidR="006B6354" w:rsidRPr="00601103" w:rsidRDefault="00000000">
            <w:pPr>
              <w:spacing w:line="240" w:lineRule="auto"/>
              <w:jc w:val="center"/>
              <w:rPr>
                <w:rFonts w:hint="eastAsia"/>
                <w:lang w:val="pl-PL"/>
              </w:rPr>
            </w:pPr>
            <w:r w:rsidRPr="00601103">
              <w:rPr>
                <w:i/>
                <w:color w:val="F8F0F9"/>
                <w:sz w:val="18"/>
                <w:lang w:val="pl-PL"/>
              </w:rPr>
              <w:t>Marta Galewska - Kustra</w:t>
            </w:r>
          </w:p>
        </w:tc>
      </w:tr>
      <w:tr w:rsidR="006B6354" w:rsidRPr="00601103" w14:paraId="73FE00B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82434F7" w14:textId="77777777" w:rsidR="006B6354" w:rsidRDefault="00000000">
            <w:pPr>
              <w:jc w:val="center"/>
              <w:rPr>
                <w:rFonts w:hint="eastAsia"/>
              </w:rPr>
            </w:pPr>
            <w:r>
              <w:rPr>
                <w:noProof/>
              </w:rPr>
              <w:drawing>
                <wp:inline distT="0" distB="0" distL="0" distR="0" wp14:anchorId="4D555B1B" wp14:editId="5E94FEC3">
                  <wp:extent cx="1227600" cy="1227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010A8EB" w14:textId="77777777" w:rsidR="006B6354" w:rsidRPr="00601103" w:rsidRDefault="00000000">
            <w:pPr>
              <w:spacing w:line="250" w:lineRule="auto"/>
              <w:jc w:val="center"/>
              <w:rPr>
                <w:rFonts w:hint="eastAsia"/>
                <w:lang w:val="pl-PL"/>
              </w:rPr>
            </w:pPr>
            <w:r w:rsidRPr="00601103">
              <w:rPr>
                <w:color w:val="1C1E22"/>
                <w:sz w:val="22"/>
                <w:lang w:val="pl-PL"/>
              </w:rPr>
              <w:t xml:space="preserve">Seria "To co najbardziej lubię" opiera się na codziennych doświadczeniach kilkulatka. Poświęcając dzieciom </w:t>
            </w:r>
            <w:proofErr w:type="spellStart"/>
            <w:proofErr w:type="gramStart"/>
            <w:r w:rsidRPr="00601103">
              <w:rPr>
                <w:color w:val="1C1E22"/>
                <w:sz w:val="22"/>
                <w:lang w:val="pl-PL"/>
              </w:rPr>
              <w:t>czas,rozmawiając</w:t>
            </w:r>
            <w:proofErr w:type="spellEnd"/>
            <w:proofErr w:type="gramEnd"/>
            <w:r w:rsidRPr="00601103">
              <w:rPr>
                <w:color w:val="1C1E22"/>
                <w:sz w:val="22"/>
                <w:lang w:val="pl-PL"/>
              </w:rPr>
              <w:t xml:space="preserve"> z nimi o tym, co działo się w przedszkolu, pomagamy im budować poczucie własnej wartości. Zawarte na końcu książki "Wskazówki dla Rodziców i Opiekunów" podpowiedzą nam, jak możemy wspierać dziecko chodzące do przedszkola.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A2D1A42" w14:textId="77777777" w:rsidR="006B6354" w:rsidRDefault="00000000">
            <w:pPr>
              <w:jc w:val="center"/>
              <w:rPr>
                <w:rFonts w:hint="eastAsia"/>
              </w:rPr>
            </w:pPr>
            <w:r>
              <w:rPr>
                <w:noProof/>
              </w:rPr>
              <w:drawing>
                <wp:inline distT="0" distB="0" distL="0" distR="0" wp14:anchorId="14FE6485" wp14:editId="7E630872">
                  <wp:extent cx="1227600" cy="148464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
                          <a:stretch>
                            <a:fillRect/>
                          </a:stretch>
                        </pic:blipFill>
                        <pic:spPr>
                          <a:xfrm>
                            <a:off x="0" y="0"/>
                            <a:ext cx="1227600" cy="1484643"/>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F553C7B" w14:textId="77777777" w:rsidR="006B6354" w:rsidRPr="00601103" w:rsidRDefault="00000000">
            <w:pPr>
              <w:spacing w:line="250" w:lineRule="auto"/>
              <w:jc w:val="center"/>
              <w:rPr>
                <w:rFonts w:hint="eastAsia"/>
                <w:lang w:val="pl-PL"/>
              </w:rPr>
            </w:pPr>
            <w:r w:rsidRPr="00601103">
              <w:rPr>
                <w:color w:val="1C1E22"/>
                <w:sz w:val="22"/>
                <w:lang w:val="pl-PL"/>
              </w:rPr>
              <w:t xml:space="preserve">Poznajcie </w:t>
            </w:r>
            <w:proofErr w:type="spellStart"/>
            <w:r w:rsidRPr="00601103">
              <w:rPr>
                <w:color w:val="1C1E22"/>
                <w:sz w:val="22"/>
                <w:lang w:val="pl-PL"/>
              </w:rPr>
              <w:t>Pucia</w:t>
            </w:r>
            <w:proofErr w:type="spellEnd"/>
            <w:r w:rsidRPr="00601103">
              <w:rPr>
                <w:color w:val="1C1E22"/>
                <w:sz w:val="22"/>
                <w:lang w:val="pl-PL"/>
              </w:rPr>
              <w:t xml:space="preserve"> i jego bliskich! Ten sympatyczny maluch jest ulubionym towarzyszem dzieci w stawianiu pierwszych kroków w nauce mowy. Piąta część przygód </w:t>
            </w:r>
            <w:proofErr w:type="spellStart"/>
            <w:r w:rsidRPr="00601103">
              <w:rPr>
                <w:color w:val="1C1E22"/>
                <w:sz w:val="22"/>
                <w:lang w:val="pl-PL"/>
              </w:rPr>
              <w:t>Pucia</w:t>
            </w:r>
            <w:proofErr w:type="spellEnd"/>
            <w:r w:rsidRPr="00601103">
              <w:rPr>
                <w:color w:val="1C1E22"/>
                <w:sz w:val="22"/>
                <w:lang w:val="pl-PL"/>
              </w:rPr>
              <w:t xml:space="preserve"> to dla dzieci potrafiących już mówić okazja do ćwiczenia umiejętności opowiadania. Zachętą do tego są perypetie związane z pojawieniem się nowego członka rodziny.</w:t>
            </w:r>
          </w:p>
        </w:tc>
      </w:tr>
      <w:tr w:rsidR="006B6354" w14:paraId="65F15C80"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26F4C7E" w14:textId="77777777" w:rsidR="006B6354" w:rsidRDefault="00000000">
            <w:pPr>
              <w:rPr>
                <w:rFonts w:hint="eastAsia"/>
              </w:rPr>
            </w:pPr>
            <w:r>
              <w:rPr>
                <w:b/>
                <w:color w:val="0C0C0C"/>
                <w:sz w:val="18"/>
              </w:rPr>
              <w:t>E0069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2D6651A" w14:textId="77777777" w:rsidR="006B6354" w:rsidRDefault="00000000">
            <w:pPr>
              <w:rPr>
                <w:rFonts w:hint="eastAsia"/>
              </w:rPr>
            </w:pPr>
            <w:r>
              <w:rPr>
                <w:b/>
                <w:color w:val="0C0C0C"/>
                <w:sz w:val="18"/>
              </w:rPr>
              <w:t>E0070</w:t>
            </w:r>
          </w:p>
        </w:tc>
      </w:tr>
      <w:tr w:rsidR="006B6354" w:rsidRPr="00601103" w14:paraId="2BC5EF2E"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7769455" w14:textId="77777777" w:rsidR="006B6354" w:rsidRPr="00601103" w:rsidRDefault="00000000">
            <w:pPr>
              <w:spacing w:line="240" w:lineRule="auto"/>
              <w:jc w:val="center"/>
              <w:rPr>
                <w:rFonts w:hint="eastAsia"/>
                <w:lang w:val="pl-PL"/>
              </w:rPr>
            </w:pPr>
            <w:r w:rsidRPr="00601103">
              <w:rPr>
                <w:b/>
                <w:color w:val="FFFFFF"/>
                <w:lang w:val="pl-PL"/>
              </w:rPr>
              <w:t>Filipek Nareszcie razem</w:t>
            </w:r>
          </w:p>
          <w:p w14:paraId="1B25680F" w14:textId="77777777" w:rsidR="006B6354" w:rsidRPr="00601103" w:rsidRDefault="00000000">
            <w:pPr>
              <w:spacing w:line="240" w:lineRule="auto"/>
              <w:jc w:val="center"/>
              <w:rPr>
                <w:rFonts w:hint="eastAsia"/>
                <w:lang w:val="pl-PL"/>
              </w:rPr>
            </w:pPr>
            <w:r w:rsidRPr="00601103">
              <w:rPr>
                <w:i/>
                <w:color w:val="F8F0F9"/>
                <w:sz w:val="18"/>
                <w:lang w:val="pl-PL"/>
              </w:rPr>
              <w:t>Wanda Chotomska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515BF93" w14:textId="77777777" w:rsidR="006B6354" w:rsidRPr="00601103" w:rsidRDefault="00000000">
            <w:pPr>
              <w:spacing w:line="240" w:lineRule="auto"/>
              <w:jc w:val="center"/>
              <w:rPr>
                <w:rFonts w:hint="eastAsia"/>
                <w:lang w:val="pl-PL"/>
              </w:rPr>
            </w:pPr>
            <w:r w:rsidRPr="00601103">
              <w:rPr>
                <w:b/>
                <w:color w:val="FFFFFF"/>
                <w:lang w:val="pl-PL"/>
              </w:rPr>
              <w:t>Filipek Znajduje przyjaciół</w:t>
            </w:r>
          </w:p>
          <w:p w14:paraId="2E631FC1" w14:textId="77777777" w:rsidR="006B6354" w:rsidRPr="00601103" w:rsidRDefault="00000000">
            <w:pPr>
              <w:spacing w:line="240" w:lineRule="auto"/>
              <w:jc w:val="center"/>
              <w:rPr>
                <w:rFonts w:hint="eastAsia"/>
                <w:lang w:val="pl-PL"/>
              </w:rPr>
            </w:pPr>
            <w:r w:rsidRPr="00601103">
              <w:rPr>
                <w:i/>
                <w:color w:val="F8F0F9"/>
                <w:sz w:val="18"/>
                <w:lang w:val="pl-PL"/>
              </w:rPr>
              <w:t>Wanda Chotomska</w:t>
            </w:r>
          </w:p>
        </w:tc>
      </w:tr>
      <w:tr w:rsidR="006B6354" w:rsidRPr="00601103" w14:paraId="12B3871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37576CC" w14:textId="77777777" w:rsidR="006B6354" w:rsidRDefault="00000000">
            <w:pPr>
              <w:jc w:val="center"/>
              <w:rPr>
                <w:rFonts w:hint="eastAsia"/>
              </w:rPr>
            </w:pPr>
            <w:r>
              <w:rPr>
                <w:noProof/>
              </w:rPr>
              <w:drawing>
                <wp:inline distT="0" distB="0" distL="0" distR="0" wp14:anchorId="3847FE37" wp14:editId="3CF0671C">
                  <wp:extent cx="1227600" cy="134324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
                          <a:stretch>
                            <a:fillRect/>
                          </a:stretch>
                        </pic:blipFill>
                        <pic:spPr>
                          <a:xfrm>
                            <a:off x="0" y="0"/>
                            <a:ext cx="1227600" cy="1343243"/>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C5B6E11" w14:textId="77777777" w:rsidR="006B6354" w:rsidRDefault="00000000">
            <w:pPr>
              <w:spacing w:line="250" w:lineRule="auto"/>
              <w:jc w:val="center"/>
              <w:rPr>
                <w:rFonts w:hint="eastAsia"/>
              </w:rPr>
            </w:pPr>
            <w:r w:rsidRPr="00601103">
              <w:rPr>
                <w:color w:val="1C1E22"/>
                <w:sz w:val="22"/>
                <w:lang w:val="pl-PL"/>
              </w:rPr>
              <w:t xml:space="preserve">i zostaje zupełnie sam. </w:t>
            </w:r>
            <w:proofErr w:type="spellStart"/>
            <w:r w:rsidRPr="00601103">
              <w:rPr>
                <w:color w:val="1C1E22"/>
                <w:sz w:val="22"/>
                <w:lang w:val="pl-PL"/>
              </w:rPr>
              <w:t>Flipek</w:t>
            </w:r>
            <w:proofErr w:type="spellEnd"/>
            <w:r w:rsidRPr="00601103">
              <w:rPr>
                <w:color w:val="1C1E22"/>
                <w:sz w:val="22"/>
                <w:lang w:val="pl-PL"/>
              </w:rPr>
              <w:t xml:space="preserve"> – króliczek w czerwonym szaliku – wędruje po lesie i niezdarnie sobie radzi w poszukiwaniu mamy i taty. Zdarzają mu się przygody bardzo miłe, ale też jest mu smutno i czasami trudno, w ciemnym jesiennym lesie. </w:t>
            </w:r>
            <w:proofErr w:type="spellStart"/>
            <w:r>
              <w:rPr>
                <w:color w:val="1C1E22"/>
                <w:sz w:val="22"/>
              </w:rPr>
              <w:t>Dobrze</w:t>
            </w:r>
            <w:proofErr w:type="spellEnd"/>
            <w:r>
              <w:rPr>
                <w:color w:val="1C1E22"/>
                <w:sz w:val="22"/>
              </w:rPr>
              <w:t xml:space="preserve">, </w:t>
            </w:r>
            <w:proofErr w:type="spellStart"/>
            <w:r>
              <w:rPr>
                <w:color w:val="1C1E22"/>
                <w:sz w:val="22"/>
              </w:rPr>
              <w:t>że</w:t>
            </w:r>
            <w:proofErr w:type="spellEnd"/>
            <w:r>
              <w:rPr>
                <w:color w:val="1C1E22"/>
                <w:sz w:val="22"/>
              </w:rPr>
              <w:t xml:space="preserve"> ma ze sobą Przytulaczka.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A9A429D" w14:textId="77777777" w:rsidR="006B6354" w:rsidRDefault="00000000">
            <w:pPr>
              <w:jc w:val="center"/>
              <w:rPr>
                <w:rFonts w:hint="eastAsia"/>
              </w:rPr>
            </w:pPr>
            <w:r>
              <w:rPr>
                <w:noProof/>
              </w:rPr>
              <w:drawing>
                <wp:inline distT="0" distB="0" distL="0" distR="0" wp14:anchorId="6DB082EC" wp14:editId="279B8B33">
                  <wp:extent cx="1227600" cy="131893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1227600" cy="1318939"/>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AFA62F8" w14:textId="77777777" w:rsidR="006B6354" w:rsidRPr="00601103" w:rsidRDefault="00000000">
            <w:pPr>
              <w:spacing w:line="250" w:lineRule="auto"/>
              <w:jc w:val="center"/>
              <w:rPr>
                <w:rFonts w:hint="eastAsia"/>
                <w:lang w:val="pl-PL"/>
              </w:rPr>
            </w:pPr>
            <w:r w:rsidRPr="00601103">
              <w:rPr>
                <w:color w:val="1C1E22"/>
                <w:sz w:val="22"/>
                <w:lang w:val="pl-PL"/>
              </w:rPr>
              <w:t xml:space="preserve">Trochę czasu spędza u Jeżyków, obchodzi tam nawet swoje urodziny. Ciągle </w:t>
            </w:r>
            <w:proofErr w:type="spellStart"/>
            <w:r w:rsidRPr="00601103">
              <w:rPr>
                <w:color w:val="1C1E22"/>
                <w:sz w:val="22"/>
                <w:lang w:val="pl-PL"/>
              </w:rPr>
              <w:t>tęskniza</w:t>
            </w:r>
            <w:proofErr w:type="spellEnd"/>
            <w:r w:rsidRPr="00601103">
              <w:rPr>
                <w:color w:val="1C1E22"/>
                <w:sz w:val="22"/>
                <w:lang w:val="pl-PL"/>
              </w:rPr>
              <w:t xml:space="preserve"> najbliższymi, więc idzie dalej po górach, pagórkach, między drzewami aż wpada do potoku. Na szczęście znów pomagają mu inne zwierzęta, ma coraz więcej przyjaciół.</w:t>
            </w:r>
          </w:p>
        </w:tc>
      </w:tr>
      <w:tr w:rsidR="006B6354" w14:paraId="79237B6C"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C51F2F2" w14:textId="77777777" w:rsidR="006B6354" w:rsidRDefault="00000000">
            <w:pPr>
              <w:rPr>
                <w:rFonts w:hint="eastAsia"/>
              </w:rPr>
            </w:pPr>
            <w:r>
              <w:rPr>
                <w:b/>
                <w:color w:val="0C0C0C"/>
                <w:sz w:val="18"/>
              </w:rPr>
              <w:t>E0071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EE1D7E0" w14:textId="77777777" w:rsidR="006B6354" w:rsidRDefault="00000000">
            <w:pPr>
              <w:rPr>
                <w:rFonts w:hint="eastAsia"/>
              </w:rPr>
            </w:pPr>
            <w:r>
              <w:rPr>
                <w:b/>
                <w:color w:val="0C0C0C"/>
                <w:sz w:val="18"/>
              </w:rPr>
              <w:t>E0072</w:t>
            </w:r>
          </w:p>
        </w:tc>
      </w:tr>
      <w:tr w:rsidR="006B6354" w:rsidRPr="00601103" w14:paraId="3D806C1D"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B3CF8F3" w14:textId="77777777" w:rsidR="006B6354" w:rsidRPr="00601103" w:rsidRDefault="00000000">
            <w:pPr>
              <w:spacing w:line="240" w:lineRule="auto"/>
              <w:jc w:val="center"/>
              <w:rPr>
                <w:rFonts w:hint="eastAsia"/>
                <w:lang w:val="pl-PL"/>
              </w:rPr>
            </w:pPr>
            <w:r w:rsidRPr="00601103">
              <w:rPr>
                <w:b/>
                <w:color w:val="FFFFFF"/>
                <w:lang w:val="pl-PL"/>
              </w:rPr>
              <w:lastRenderedPageBreak/>
              <w:t>Filipek Szuka mamy</w:t>
            </w:r>
          </w:p>
          <w:p w14:paraId="4D277538" w14:textId="77777777" w:rsidR="006B6354" w:rsidRPr="00601103" w:rsidRDefault="00000000">
            <w:pPr>
              <w:spacing w:line="240" w:lineRule="auto"/>
              <w:jc w:val="center"/>
              <w:rPr>
                <w:rFonts w:hint="eastAsia"/>
                <w:lang w:val="pl-PL"/>
              </w:rPr>
            </w:pPr>
            <w:r w:rsidRPr="00601103">
              <w:rPr>
                <w:i/>
                <w:color w:val="F8F0F9"/>
                <w:sz w:val="18"/>
                <w:lang w:val="pl-PL"/>
              </w:rPr>
              <w:t>Wanda Chotomska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DC8B13E" w14:textId="77777777" w:rsidR="006B6354" w:rsidRPr="00601103" w:rsidRDefault="00000000">
            <w:pPr>
              <w:spacing w:line="240" w:lineRule="auto"/>
              <w:jc w:val="center"/>
              <w:rPr>
                <w:rFonts w:hint="eastAsia"/>
                <w:lang w:val="pl-PL"/>
              </w:rPr>
            </w:pPr>
            <w:r w:rsidRPr="00601103">
              <w:rPr>
                <w:b/>
                <w:color w:val="FFFFFF"/>
                <w:lang w:val="pl-PL"/>
              </w:rPr>
              <w:t>O króliku, który chce zasnąć</w:t>
            </w:r>
          </w:p>
          <w:p w14:paraId="174497CE" w14:textId="77777777" w:rsidR="006B6354" w:rsidRPr="00601103" w:rsidRDefault="00000000">
            <w:pPr>
              <w:spacing w:line="240" w:lineRule="auto"/>
              <w:jc w:val="center"/>
              <w:rPr>
                <w:rFonts w:hint="eastAsia"/>
                <w:lang w:val="pl-PL"/>
              </w:rPr>
            </w:pPr>
            <w:r w:rsidRPr="00601103">
              <w:rPr>
                <w:i/>
                <w:color w:val="F8F0F9"/>
                <w:sz w:val="18"/>
                <w:lang w:val="pl-PL"/>
              </w:rPr>
              <w:t>Carl -</w:t>
            </w:r>
            <w:proofErr w:type="spellStart"/>
            <w:r w:rsidRPr="00601103">
              <w:rPr>
                <w:i/>
                <w:color w:val="F8F0F9"/>
                <w:sz w:val="18"/>
                <w:lang w:val="pl-PL"/>
              </w:rPr>
              <w:t>Johan</w:t>
            </w:r>
            <w:proofErr w:type="spellEnd"/>
            <w:r w:rsidRPr="00601103">
              <w:rPr>
                <w:i/>
                <w:color w:val="F8F0F9"/>
                <w:sz w:val="18"/>
                <w:lang w:val="pl-PL"/>
              </w:rPr>
              <w:t xml:space="preserve"> </w:t>
            </w:r>
            <w:proofErr w:type="spellStart"/>
            <w:r w:rsidRPr="00601103">
              <w:rPr>
                <w:i/>
                <w:color w:val="F8F0F9"/>
                <w:sz w:val="18"/>
                <w:lang w:val="pl-PL"/>
              </w:rPr>
              <w:t>Forssen</w:t>
            </w:r>
            <w:proofErr w:type="spellEnd"/>
            <w:r w:rsidRPr="00601103">
              <w:rPr>
                <w:i/>
                <w:color w:val="F8F0F9"/>
                <w:sz w:val="18"/>
                <w:lang w:val="pl-PL"/>
              </w:rPr>
              <w:t xml:space="preserve"> </w:t>
            </w:r>
            <w:proofErr w:type="spellStart"/>
            <w:r w:rsidRPr="00601103">
              <w:rPr>
                <w:i/>
                <w:color w:val="F8F0F9"/>
                <w:sz w:val="18"/>
                <w:lang w:val="pl-PL"/>
              </w:rPr>
              <w:t>Ehrlin</w:t>
            </w:r>
            <w:proofErr w:type="spellEnd"/>
          </w:p>
        </w:tc>
      </w:tr>
      <w:tr w:rsidR="006B6354" w:rsidRPr="00601103" w14:paraId="36F631D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2C069CF" w14:textId="77777777" w:rsidR="006B6354" w:rsidRDefault="00000000">
            <w:pPr>
              <w:jc w:val="center"/>
              <w:rPr>
                <w:rFonts w:hint="eastAsia"/>
              </w:rPr>
            </w:pPr>
            <w:r>
              <w:rPr>
                <w:noProof/>
              </w:rPr>
              <w:drawing>
                <wp:inline distT="0" distB="0" distL="0" distR="0" wp14:anchorId="1537F9EC" wp14:editId="1F7B96C6">
                  <wp:extent cx="1227600" cy="133355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
                          <a:stretch>
                            <a:fillRect/>
                          </a:stretch>
                        </pic:blipFill>
                        <pic:spPr>
                          <a:xfrm>
                            <a:off x="0" y="0"/>
                            <a:ext cx="1227600" cy="133355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AA7D270" w14:textId="77777777" w:rsidR="006B6354" w:rsidRPr="00601103" w:rsidRDefault="00000000">
            <w:pPr>
              <w:spacing w:line="250" w:lineRule="auto"/>
              <w:jc w:val="center"/>
              <w:rPr>
                <w:rFonts w:hint="eastAsia"/>
                <w:lang w:val="pl-PL"/>
              </w:rPr>
            </w:pPr>
            <w:r w:rsidRPr="00601103">
              <w:rPr>
                <w:color w:val="1C1E22"/>
                <w:sz w:val="22"/>
                <w:lang w:val="pl-PL"/>
              </w:rPr>
              <w:t xml:space="preserve">Pewnego dnia… mały króliczek gubi się w wielkim lesie. Nagle wicher go porywa i zostaje zupełnie sam. </w:t>
            </w:r>
            <w:proofErr w:type="spellStart"/>
            <w:r w:rsidRPr="00601103">
              <w:rPr>
                <w:color w:val="1C1E22"/>
                <w:sz w:val="22"/>
                <w:lang w:val="pl-PL"/>
              </w:rPr>
              <w:t>Flipek</w:t>
            </w:r>
            <w:proofErr w:type="spellEnd"/>
            <w:r w:rsidRPr="00601103">
              <w:rPr>
                <w:color w:val="1C1E22"/>
                <w:sz w:val="22"/>
                <w:lang w:val="pl-PL"/>
              </w:rPr>
              <w:t xml:space="preserve"> – króliczek w czerwonym szaliku – wędruje po lesie i niezdarnie sobie radzi w poszukiwaniu mamy i taty.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340DAED" w14:textId="77777777" w:rsidR="006B6354" w:rsidRDefault="00000000">
            <w:pPr>
              <w:jc w:val="center"/>
              <w:rPr>
                <w:rFonts w:hint="eastAsia"/>
              </w:rPr>
            </w:pPr>
            <w:r>
              <w:rPr>
                <w:noProof/>
              </w:rPr>
              <w:drawing>
                <wp:inline distT="0" distB="0" distL="0" distR="0" wp14:anchorId="6353DAB5" wp14:editId="22FA351C">
                  <wp:extent cx="1227600" cy="17244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
                          <a:stretch>
                            <a:fillRect/>
                          </a:stretch>
                        </pic:blipFill>
                        <pic:spPr>
                          <a:xfrm>
                            <a:off x="0" y="0"/>
                            <a:ext cx="1227600" cy="1724485"/>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A1B5E1B" w14:textId="77777777" w:rsidR="006B6354" w:rsidRPr="00601103" w:rsidRDefault="00000000">
            <w:pPr>
              <w:spacing w:line="250" w:lineRule="auto"/>
              <w:jc w:val="center"/>
              <w:rPr>
                <w:rFonts w:hint="eastAsia"/>
                <w:lang w:val="pl-PL"/>
              </w:rPr>
            </w:pPr>
            <w:r w:rsidRPr="00601103">
              <w:rPr>
                <w:color w:val="1C1E22"/>
                <w:sz w:val="22"/>
                <w:lang w:val="pl-PL"/>
              </w:rPr>
              <w:t xml:space="preserve">W tej książeczce poznacie Królika Rogera, który nie może zasnąć, choć jest bardzo zmęczony. W końcu mama wyrusza z nim do Wujka </w:t>
            </w:r>
            <w:proofErr w:type="spellStart"/>
            <w:r w:rsidRPr="00601103">
              <w:rPr>
                <w:color w:val="1C1E22"/>
                <w:sz w:val="22"/>
                <w:lang w:val="pl-PL"/>
              </w:rPr>
              <w:t>Ziewaka</w:t>
            </w:r>
            <w:proofErr w:type="spellEnd"/>
            <w:r w:rsidRPr="00601103">
              <w:rPr>
                <w:color w:val="1C1E22"/>
                <w:sz w:val="22"/>
                <w:lang w:val="pl-PL"/>
              </w:rPr>
              <w:t>, w nadziei, że on im pomoże.</w:t>
            </w:r>
          </w:p>
        </w:tc>
      </w:tr>
      <w:tr w:rsidR="006B6354" w14:paraId="545FE9B0"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DE3C607" w14:textId="77777777" w:rsidR="006B6354" w:rsidRDefault="00000000">
            <w:pPr>
              <w:rPr>
                <w:rFonts w:hint="eastAsia"/>
              </w:rPr>
            </w:pPr>
            <w:r>
              <w:rPr>
                <w:b/>
                <w:color w:val="0C0C0C"/>
                <w:sz w:val="18"/>
              </w:rPr>
              <w:t>E0073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630ACBF" w14:textId="77777777" w:rsidR="006B6354" w:rsidRDefault="00000000">
            <w:pPr>
              <w:rPr>
                <w:rFonts w:hint="eastAsia"/>
              </w:rPr>
            </w:pPr>
            <w:r>
              <w:rPr>
                <w:b/>
                <w:color w:val="0C0C0C"/>
                <w:sz w:val="18"/>
              </w:rPr>
              <w:t>E0074</w:t>
            </w:r>
          </w:p>
        </w:tc>
      </w:tr>
      <w:tr w:rsidR="006B6354" w:rsidRPr="00601103" w14:paraId="3A76BE00"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E94D7A8" w14:textId="77777777" w:rsidR="006B6354" w:rsidRPr="00601103" w:rsidRDefault="00000000">
            <w:pPr>
              <w:spacing w:line="240" w:lineRule="auto"/>
              <w:jc w:val="center"/>
              <w:rPr>
                <w:rFonts w:hint="eastAsia"/>
                <w:lang w:val="pl-PL"/>
              </w:rPr>
            </w:pPr>
            <w:r w:rsidRPr="00601103">
              <w:rPr>
                <w:b/>
                <w:color w:val="FFFFFF"/>
                <w:lang w:val="pl-PL"/>
              </w:rPr>
              <w:t>Kto obroni Alberta</w:t>
            </w:r>
          </w:p>
          <w:p w14:paraId="2F223641"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Gunilla</w:t>
            </w:r>
            <w:proofErr w:type="spellEnd"/>
            <w:r w:rsidRPr="00601103">
              <w:rPr>
                <w:i/>
                <w:color w:val="F8F0F9"/>
                <w:sz w:val="18"/>
                <w:lang w:val="pl-PL"/>
              </w:rPr>
              <w:t xml:space="preserve"> </w:t>
            </w:r>
            <w:proofErr w:type="spellStart"/>
            <w:r w:rsidRPr="00601103">
              <w:rPr>
                <w:i/>
                <w:color w:val="F8F0F9"/>
                <w:sz w:val="18"/>
                <w:lang w:val="pl-PL"/>
              </w:rPr>
              <w:t>Bergstrom</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E881695" w14:textId="77777777" w:rsidR="006B6354" w:rsidRPr="00601103" w:rsidRDefault="00000000">
            <w:pPr>
              <w:spacing w:line="240" w:lineRule="auto"/>
              <w:jc w:val="center"/>
              <w:rPr>
                <w:rFonts w:hint="eastAsia"/>
                <w:lang w:val="pl-PL"/>
              </w:rPr>
            </w:pPr>
            <w:r w:rsidRPr="00601103">
              <w:rPr>
                <w:b/>
                <w:color w:val="FFFFFF"/>
                <w:lang w:val="pl-PL"/>
              </w:rPr>
              <w:t>Dlaczego kameleon zmienia kolor?</w:t>
            </w:r>
          </w:p>
          <w:p w14:paraId="55D72A18" w14:textId="77777777" w:rsidR="006B6354" w:rsidRPr="00601103" w:rsidRDefault="00000000">
            <w:pPr>
              <w:spacing w:line="240" w:lineRule="auto"/>
              <w:jc w:val="center"/>
              <w:rPr>
                <w:rFonts w:hint="eastAsia"/>
                <w:lang w:val="pl-PL"/>
              </w:rPr>
            </w:pPr>
            <w:r w:rsidRPr="00601103">
              <w:rPr>
                <w:i/>
                <w:color w:val="F8F0F9"/>
                <w:sz w:val="18"/>
                <w:lang w:val="pl-PL"/>
              </w:rPr>
              <w:t>Małgorzata Kochańska</w:t>
            </w:r>
          </w:p>
        </w:tc>
      </w:tr>
      <w:tr w:rsidR="006B6354" w:rsidRPr="00601103" w14:paraId="42A7797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863D353" w14:textId="77777777" w:rsidR="006B6354" w:rsidRDefault="00000000">
            <w:pPr>
              <w:jc w:val="center"/>
              <w:rPr>
                <w:rFonts w:hint="eastAsia"/>
              </w:rPr>
            </w:pPr>
            <w:r>
              <w:rPr>
                <w:noProof/>
              </w:rPr>
              <w:drawing>
                <wp:inline distT="0" distB="0" distL="0" distR="0" wp14:anchorId="73D44777" wp14:editId="31C68755">
                  <wp:extent cx="1227600" cy="168407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
                          <a:stretch>
                            <a:fillRect/>
                          </a:stretch>
                        </pic:blipFill>
                        <pic:spPr>
                          <a:xfrm>
                            <a:off x="0" y="0"/>
                            <a:ext cx="1227600" cy="1684072"/>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8AF0260" w14:textId="77777777" w:rsidR="006B6354" w:rsidRPr="00601103" w:rsidRDefault="00000000">
            <w:pPr>
              <w:spacing w:line="250" w:lineRule="auto"/>
              <w:jc w:val="center"/>
              <w:rPr>
                <w:rFonts w:hint="eastAsia"/>
                <w:lang w:val="pl-PL"/>
              </w:rPr>
            </w:pPr>
            <w:r w:rsidRPr="00601103">
              <w:rPr>
                <w:color w:val="1C1E22"/>
                <w:sz w:val="22"/>
                <w:lang w:val="pl-PL"/>
              </w:rPr>
              <w:t xml:space="preserve">Z nikim się nie bawi. Chyba brak mu odwagi. Jest taki samotny… Na szczęście odwiedza go </w:t>
            </w:r>
            <w:proofErr w:type="spellStart"/>
            <w:r w:rsidRPr="00601103">
              <w:rPr>
                <w:color w:val="1C1E22"/>
                <w:sz w:val="22"/>
                <w:lang w:val="pl-PL"/>
              </w:rPr>
              <w:t>Molgan</w:t>
            </w:r>
            <w:proofErr w:type="spellEnd"/>
            <w:r w:rsidRPr="00601103">
              <w:rPr>
                <w:color w:val="1C1E22"/>
                <w:sz w:val="22"/>
                <w:lang w:val="pl-PL"/>
              </w:rPr>
              <w:t xml:space="preserve">, tajemniczy kolega. Niestety </w:t>
            </w:r>
            <w:proofErr w:type="spellStart"/>
            <w:r w:rsidRPr="00601103">
              <w:rPr>
                <w:color w:val="1C1E22"/>
                <w:sz w:val="22"/>
                <w:lang w:val="pl-PL"/>
              </w:rPr>
              <w:t>Molgan</w:t>
            </w:r>
            <w:proofErr w:type="spellEnd"/>
            <w:r w:rsidRPr="00601103">
              <w:rPr>
                <w:color w:val="1C1E22"/>
                <w:sz w:val="22"/>
                <w:lang w:val="pl-PL"/>
              </w:rPr>
              <w:t xml:space="preserve"> znika, kiedy jest naprawdę potrzebny. Nigdy go nie ma, gdy duzi chłopacy gonią Alberta albo strzelają do niego z pistoletów na wodę…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CFAF404" w14:textId="77777777" w:rsidR="006B6354" w:rsidRDefault="00000000">
            <w:pPr>
              <w:jc w:val="center"/>
              <w:rPr>
                <w:rFonts w:hint="eastAsia"/>
              </w:rPr>
            </w:pPr>
            <w:r>
              <w:rPr>
                <w:noProof/>
              </w:rPr>
              <w:drawing>
                <wp:inline distT="0" distB="0" distL="0" distR="0" wp14:anchorId="28429F52" wp14:editId="1EE6E5A8">
                  <wp:extent cx="1227600" cy="123649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1227600" cy="1236496"/>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27020CF" w14:textId="77777777" w:rsidR="006B6354" w:rsidRPr="00601103" w:rsidRDefault="00000000">
            <w:pPr>
              <w:spacing w:line="250" w:lineRule="auto"/>
              <w:jc w:val="center"/>
              <w:rPr>
                <w:rFonts w:hint="eastAsia"/>
                <w:lang w:val="pl-PL"/>
              </w:rPr>
            </w:pPr>
            <w:r w:rsidRPr="00601103">
              <w:rPr>
                <w:color w:val="1C1E22"/>
                <w:sz w:val="22"/>
                <w:lang w:val="pl-PL"/>
              </w:rPr>
              <w:t xml:space="preserve">Zastanawiasz się czasem, dlaczego Słoń ma trąbę? Albo czemu Małpy huśtają się na gałęziach? I dlaczego Lew ryczy, a Żółw ma popękaną skorupę? Wybierz się z Małpą i jej przyjaciółmi: Słoniem, </w:t>
            </w:r>
            <w:proofErr w:type="spellStart"/>
            <w:r w:rsidRPr="00601103">
              <w:rPr>
                <w:color w:val="1C1E22"/>
                <w:sz w:val="22"/>
                <w:lang w:val="pl-PL"/>
              </w:rPr>
              <w:t>Żólwiem</w:t>
            </w:r>
            <w:proofErr w:type="spellEnd"/>
            <w:r w:rsidRPr="00601103">
              <w:rPr>
                <w:color w:val="1C1E22"/>
                <w:sz w:val="22"/>
                <w:lang w:val="pl-PL"/>
              </w:rPr>
              <w:t xml:space="preserve">, Bąkojadem, </w:t>
            </w:r>
            <w:proofErr w:type="spellStart"/>
            <w:r w:rsidRPr="00601103">
              <w:rPr>
                <w:color w:val="1C1E22"/>
                <w:sz w:val="22"/>
                <w:lang w:val="pl-PL"/>
              </w:rPr>
              <w:t>Hipcią</w:t>
            </w:r>
            <w:proofErr w:type="spellEnd"/>
            <w:r w:rsidRPr="00601103">
              <w:rPr>
                <w:color w:val="1C1E22"/>
                <w:sz w:val="22"/>
                <w:lang w:val="pl-PL"/>
              </w:rPr>
              <w:t xml:space="preserve">, i Lwem na kolorowe, pełne przygód safari i znajdź odpowiedzi na wszystkie pytania na temat krainy </w:t>
            </w:r>
            <w:proofErr w:type="spellStart"/>
            <w:r w:rsidRPr="00601103">
              <w:rPr>
                <w:color w:val="1C1E22"/>
                <w:sz w:val="22"/>
                <w:lang w:val="pl-PL"/>
              </w:rPr>
              <w:t>Tinga</w:t>
            </w:r>
            <w:proofErr w:type="spellEnd"/>
            <w:r w:rsidRPr="00601103">
              <w:rPr>
                <w:color w:val="1C1E22"/>
                <w:sz w:val="22"/>
                <w:lang w:val="pl-PL"/>
              </w:rPr>
              <w:t xml:space="preserve"> </w:t>
            </w:r>
            <w:proofErr w:type="spellStart"/>
            <w:r w:rsidRPr="00601103">
              <w:rPr>
                <w:color w:val="1C1E22"/>
                <w:sz w:val="22"/>
                <w:lang w:val="pl-PL"/>
              </w:rPr>
              <w:t>Tinga</w:t>
            </w:r>
            <w:proofErr w:type="spellEnd"/>
            <w:r w:rsidRPr="00601103">
              <w:rPr>
                <w:color w:val="1C1E22"/>
                <w:sz w:val="22"/>
                <w:lang w:val="pl-PL"/>
              </w:rPr>
              <w:t>!</w:t>
            </w:r>
          </w:p>
        </w:tc>
      </w:tr>
      <w:tr w:rsidR="006B6354" w14:paraId="37E157C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DECBDE0" w14:textId="77777777" w:rsidR="006B6354" w:rsidRDefault="00000000">
            <w:pPr>
              <w:rPr>
                <w:rFonts w:hint="eastAsia"/>
              </w:rPr>
            </w:pPr>
            <w:r>
              <w:rPr>
                <w:b/>
                <w:color w:val="0C0C0C"/>
                <w:sz w:val="18"/>
              </w:rPr>
              <w:t>E0075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E3D11D0" w14:textId="77777777" w:rsidR="006B6354" w:rsidRDefault="00000000">
            <w:pPr>
              <w:rPr>
                <w:rFonts w:hint="eastAsia"/>
              </w:rPr>
            </w:pPr>
            <w:r>
              <w:rPr>
                <w:b/>
                <w:color w:val="0C0C0C"/>
                <w:sz w:val="18"/>
              </w:rPr>
              <w:t>E0076</w:t>
            </w:r>
          </w:p>
        </w:tc>
      </w:tr>
      <w:tr w:rsidR="006B6354" w:rsidRPr="00601103" w14:paraId="5786B744"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8FA51EE" w14:textId="77777777" w:rsidR="006B6354" w:rsidRPr="00601103" w:rsidRDefault="00000000">
            <w:pPr>
              <w:spacing w:line="240" w:lineRule="auto"/>
              <w:jc w:val="center"/>
              <w:rPr>
                <w:rFonts w:hint="eastAsia"/>
                <w:lang w:val="pl-PL"/>
              </w:rPr>
            </w:pPr>
            <w:r w:rsidRPr="00601103">
              <w:rPr>
                <w:b/>
                <w:color w:val="FFFFFF"/>
                <w:lang w:val="pl-PL"/>
              </w:rPr>
              <w:lastRenderedPageBreak/>
              <w:t>Za dużo marchewek</w:t>
            </w:r>
          </w:p>
          <w:p w14:paraId="0625D894" w14:textId="77777777" w:rsidR="006B6354" w:rsidRPr="00601103" w:rsidRDefault="00000000">
            <w:pPr>
              <w:spacing w:line="240" w:lineRule="auto"/>
              <w:jc w:val="center"/>
              <w:rPr>
                <w:rFonts w:hint="eastAsia"/>
                <w:lang w:val="pl-PL"/>
              </w:rPr>
            </w:pPr>
            <w:r w:rsidRPr="00601103">
              <w:rPr>
                <w:i/>
                <w:color w:val="F8F0F9"/>
                <w:sz w:val="18"/>
                <w:lang w:val="pl-PL"/>
              </w:rPr>
              <w:t>Katy Hudson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4F25352" w14:textId="77777777" w:rsidR="006B6354" w:rsidRPr="00601103" w:rsidRDefault="00000000">
            <w:pPr>
              <w:spacing w:line="240" w:lineRule="auto"/>
              <w:jc w:val="center"/>
              <w:rPr>
                <w:rFonts w:hint="eastAsia"/>
                <w:lang w:val="pl-PL"/>
              </w:rPr>
            </w:pPr>
            <w:r w:rsidRPr="00601103">
              <w:rPr>
                <w:b/>
                <w:color w:val="FFFFFF"/>
                <w:lang w:val="pl-PL"/>
              </w:rPr>
              <w:t>Kiedy czuję strach</w:t>
            </w:r>
          </w:p>
          <w:p w14:paraId="0F735B6A" w14:textId="77777777" w:rsidR="006B6354" w:rsidRPr="00601103" w:rsidRDefault="00000000">
            <w:pPr>
              <w:spacing w:line="240" w:lineRule="auto"/>
              <w:jc w:val="center"/>
              <w:rPr>
                <w:rFonts w:hint="eastAsia"/>
                <w:lang w:val="pl-PL"/>
              </w:rPr>
            </w:pPr>
            <w:r w:rsidRPr="00601103">
              <w:rPr>
                <w:i/>
                <w:color w:val="F8F0F9"/>
                <w:sz w:val="18"/>
                <w:lang w:val="pl-PL"/>
              </w:rPr>
              <w:t xml:space="preserve">Paula </w:t>
            </w:r>
            <w:proofErr w:type="spellStart"/>
            <w:r w:rsidRPr="00601103">
              <w:rPr>
                <w:i/>
                <w:color w:val="F8F0F9"/>
                <w:sz w:val="18"/>
                <w:lang w:val="pl-PL"/>
              </w:rPr>
              <w:t>Bowles</w:t>
            </w:r>
            <w:proofErr w:type="spellEnd"/>
          </w:p>
        </w:tc>
      </w:tr>
      <w:tr w:rsidR="006B6354" w:rsidRPr="00601103" w14:paraId="66EB8779"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63189A9" w14:textId="77777777" w:rsidR="006B6354" w:rsidRDefault="00000000">
            <w:pPr>
              <w:jc w:val="center"/>
              <w:rPr>
                <w:rFonts w:hint="eastAsia"/>
              </w:rPr>
            </w:pPr>
            <w:r>
              <w:rPr>
                <w:noProof/>
              </w:rPr>
              <w:drawing>
                <wp:inline distT="0" distB="0" distL="0" distR="0" wp14:anchorId="1B0521D8" wp14:editId="2EF01DB5">
                  <wp:extent cx="1227600" cy="1227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57B100F" w14:textId="77777777" w:rsidR="006B6354" w:rsidRPr="00601103" w:rsidRDefault="00000000">
            <w:pPr>
              <w:spacing w:line="250" w:lineRule="auto"/>
              <w:jc w:val="center"/>
              <w:rPr>
                <w:rFonts w:hint="eastAsia"/>
                <w:lang w:val="pl-PL"/>
              </w:rPr>
            </w:pPr>
            <w:r w:rsidRPr="00601103">
              <w:rPr>
                <w:color w:val="1C1E22"/>
                <w:sz w:val="22"/>
                <w:lang w:val="pl-PL"/>
              </w:rPr>
              <w:t>Królik kocha marchewki! Kocha je tak bardzo, że w jego przytulnej norce zaczyna brakować miejsca dla niego. Przyjaciele proponują mu pomoc, Królik przyjmuje ją z radością. Ale czy mnóstwo marchewek nie oznacza mnóstwa kłopotów dla Królika i jego przyjaciół?</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D23C600" w14:textId="77777777" w:rsidR="006B6354" w:rsidRDefault="00000000">
            <w:pPr>
              <w:jc w:val="center"/>
              <w:rPr>
                <w:rFonts w:hint="eastAsia"/>
              </w:rPr>
            </w:pPr>
            <w:r>
              <w:rPr>
                <w:noProof/>
              </w:rPr>
              <w:drawing>
                <wp:inline distT="0" distB="0" distL="0" distR="0" wp14:anchorId="4CB0721C" wp14:editId="28166F58">
                  <wp:extent cx="1227600" cy="1227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06FAA77" w14:textId="77777777" w:rsidR="006B6354" w:rsidRPr="00601103" w:rsidRDefault="00000000">
            <w:pPr>
              <w:spacing w:line="250" w:lineRule="auto"/>
              <w:jc w:val="center"/>
              <w:rPr>
                <w:rFonts w:hint="eastAsia"/>
                <w:lang w:val="pl-PL"/>
              </w:rPr>
            </w:pPr>
            <w:r w:rsidRPr="00601103">
              <w:rPr>
                <w:color w:val="1C1E22"/>
                <w:sz w:val="22"/>
                <w:lang w:val="pl-PL"/>
              </w:rPr>
              <w:t>Ta unikalna seria, powstała we współpracy z psychologiem dziecięcym, koncentruje się na sześciu głównych emocjach odczuwanych przez małe dzieci. Bohaterowie w każdej książce pomagają zidentyfikować i nazwać daną emocję, a także podpowiadają, jak sobie z nią radzić.</w:t>
            </w:r>
          </w:p>
        </w:tc>
      </w:tr>
      <w:tr w:rsidR="006B6354" w14:paraId="2D142D9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4B90A8A" w14:textId="77777777" w:rsidR="006B6354" w:rsidRDefault="00000000">
            <w:pPr>
              <w:rPr>
                <w:rFonts w:hint="eastAsia"/>
              </w:rPr>
            </w:pPr>
            <w:r>
              <w:rPr>
                <w:b/>
                <w:color w:val="0C0C0C"/>
                <w:sz w:val="18"/>
              </w:rPr>
              <w:t>E0077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9D64B50" w14:textId="77777777" w:rsidR="006B6354" w:rsidRDefault="00000000">
            <w:pPr>
              <w:rPr>
                <w:rFonts w:hint="eastAsia"/>
              </w:rPr>
            </w:pPr>
            <w:r>
              <w:rPr>
                <w:b/>
                <w:color w:val="0C0C0C"/>
                <w:sz w:val="18"/>
              </w:rPr>
              <w:t>E0078</w:t>
            </w:r>
          </w:p>
        </w:tc>
      </w:tr>
      <w:tr w:rsidR="006B6354" w:rsidRPr="00601103" w14:paraId="24742173"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A2567CB" w14:textId="77777777" w:rsidR="006B6354" w:rsidRPr="00601103" w:rsidRDefault="00000000">
            <w:pPr>
              <w:spacing w:line="240" w:lineRule="auto"/>
              <w:jc w:val="center"/>
              <w:rPr>
                <w:rFonts w:hint="eastAsia"/>
                <w:lang w:val="pl-PL"/>
              </w:rPr>
            </w:pPr>
            <w:r w:rsidRPr="00601103">
              <w:rPr>
                <w:b/>
                <w:color w:val="FFFFFF"/>
                <w:lang w:val="pl-PL"/>
              </w:rPr>
              <w:t>Kiedy czuję złość</w:t>
            </w:r>
          </w:p>
          <w:p w14:paraId="080BDF92" w14:textId="77777777" w:rsidR="006B6354" w:rsidRPr="00601103" w:rsidRDefault="00000000">
            <w:pPr>
              <w:spacing w:line="240" w:lineRule="auto"/>
              <w:jc w:val="center"/>
              <w:rPr>
                <w:rFonts w:hint="eastAsia"/>
                <w:lang w:val="pl-PL"/>
              </w:rPr>
            </w:pPr>
            <w:r w:rsidRPr="00601103">
              <w:rPr>
                <w:i/>
                <w:color w:val="F8F0F9"/>
                <w:sz w:val="18"/>
                <w:lang w:val="pl-PL"/>
              </w:rPr>
              <w:t xml:space="preserve">Paula </w:t>
            </w:r>
            <w:proofErr w:type="spellStart"/>
            <w:r w:rsidRPr="00601103">
              <w:rPr>
                <w:i/>
                <w:color w:val="F8F0F9"/>
                <w:sz w:val="18"/>
                <w:lang w:val="pl-PL"/>
              </w:rPr>
              <w:t>Bowles</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A8C8B3A" w14:textId="77777777" w:rsidR="006B6354" w:rsidRPr="00601103" w:rsidRDefault="00000000">
            <w:pPr>
              <w:spacing w:line="240" w:lineRule="auto"/>
              <w:jc w:val="center"/>
              <w:rPr>
                <w:rFonts w:hint="eastAsia"/>
                <w:lang w:val="pl-PL"/>
              </w:rPr>
            </w:pPr>
            <w:r w:rsidRPr="00601103">
              <w:rPr>
                <w:b/>
                <w:color w:val="FFFFFF"/>
                <w:lang w:val="pl-PL"/>
              </w:rPr>
              <w:t>Kiedy czuję miłość</w:t>
            </w:r>
          </w:p>
          <w:p w14:paraId="0CC609D6" w14:textId="77777777" w:rsidR="006B6354" w:rsidRPr="00601103" w:rsidRDefault="00000000">
            <w:pPr>
              <w:spacing w:line="240" w:lineRule="auto"/>
              <w:jc w:val="center"/>
              <w:rPr>
                <w:rFonts w:hint="eastAsia"/>
                <w:lang w:val="pl-PL"/>
              </w:rPr>
            </w:pPr>
            <w:r w:rsidRPr="00601103">
              <w:rPr>
                <w:i/>
                <w:color w:val="F8F0F9"/>
                <w:sz w:val="18"/>
                <w:lang w:val="pl-PL"/>
              </w:rPr>
              <w:t xml:space="preserve">Paula </w:t>
            </w:r>
            <w:proofErr w:type="spellStart"/>
            <w:r w:rsidRPr="00601103">
              <w:rPr>
                <w:i/>
                <w:color w:val="F8F0F9"/>
                <w:sz w:val="18"/>
                <w:lang w:val="pl-PL"/>
              </w:rPr>
              <w:t>Bowles</w:t>
            </w:r>
            <w:proofErr w:type="spellEnd"/>
          </w:p>
        </w:tc>
      </w:tr>
      <w:tr w:rsidR="006B6354" w:rsidRPr="00601103" w14:paraId="2A2F8FD9"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633EFED" w14:textId="77777777" w:rsidR="006B6354" w:rsidRDefault="00000000">
            <w:pPr>
              <w:jc w:val="center"/>
              <w:rPr>
                <w:rFonts w:hint="eastAsia"/>
              </w:rPr>
            </w:pPr>
            <w:r>
              <w:rPr>
                <w:noProof/>
              </w:rPr>
              <w:drawing>
                <wp:inline distT="0" distB="0" distL="0" distR="0" wp14:anchorId="7FBA4E45" wp14:editId="29599BF6">
                  <wp:extent cx="1227600" cy="1227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18824F2" w14:textId="77777777" w:rsidR="006B6354" w:rsidRPr="00601103" w:rsidRDefault="00000000">
            <w:pPr>
              <w:spacing w:line="250" w:lineRule="auto"/>
              <w:jc w:val="center"/>
              <w:rPr>
                <w:rFonts w:hint="eastAsia"/>
                <w:lang w:val="pl-PL"/>
              </w:rPr>
            </w:pPr>
            <w:r w:rsidRPr="00601103">
              <w:rPr>
                <w:color w:val="1C1E22"/>
                <w:sz w:val="22"/>
                <w:lang w:val="pl-PL"/>
              </w:rPr>
              <w:t>z psychologiem dziecięcym, koncentruje się na sześciu głównych emocjach odczuwanych przez małe dzieci. Bohaterowie w każdej książce pomagają zidentyfikować i nazwać daną emocję, a także podpowiadają, jak sobie z nią radzić.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EFE4D8D" w14:textId="77777777" w:rsidR="006B6354" w:rsidRDefault="00000000">
            <w:pPr>
              <w:jc w:val="center"/>
              <w:rPr>
                <w:rFonts w:hint="eastAsia"/>
              </w:rPr>
            </w:pPr>
            <w:r>
              <w:rPr>
                <w:noProof/>
              </w:rPr>
              <w:drawing>
                <wp:inline distT="0" distB="0" distL="0" distR="0" wp14:anchorId="6DC0FF9C" wp14:editId="201AFC4F">
                  <wp:extent cx="1227600" cy="1227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CF1FACE" w14:textId="77777777" w:rsidR="006B6354" w:rsidRPr="00601103" w:rsidRDefault="00000000">
            <w:pPr>
              <w:spacing w:line="250" w:lineRule="auto"/>
              <w:jc w:val="center"/>
              <w:rPr>
                <w:rFonts w:hint="eastAsia"/>
                <w:lang w:val="pl-PL"/>
              </w:rPr>
            </w:pPr>
            <w:r w:rsidRPr="00601103">
              <w:rPr>
                <w:color w:val="1C1E22"/>
                <w:sz w:val="22"/>
                <w:lang w:val="pl-PL"/>
              </w:rPr>
              <w:t>z psychologiem dziecięcym, koncentruje się na sześciu głównych emocjach odczuwanych przez małe dzieci. Bohaterowie w każdej książce pomagają zidentyfikować i nazwać daną emocję, a także podpowiadają, jak sobie z nią radzić.</w:t>
            </w:r>
          </w:p>
        </w:tc>
      </w:tr>
      <w:tr w:rsidR="006B6354" w14:paraId="199AB71F"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DAE3798" w14:textId="77777777" w:rsidR="006B6354" w:rsidRDefault="00000000">
            <w:pPr>
              <w:rPr>
                <w:rFonts w:hint="eastAsia"/>
              </w:rPr>
            </w:pPr>
            <w:r>
              <w:rPr>
                <w:b/>
                <w:color w:val="0C0C0C"/>
                <w:sz w:val="18"/>
              </w:rPr>
              <w:t>E0079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F97B22A" w14:textId="77777777" w:rsidR="006B6354" w:rsidRDefault="00000000">
            <w:pPr>
              <w:rPr>
                <w:rFonts w:hint="eastAsia"/>
              </w:rPr>
            </w:pPr>
            <w:r>
              <w:rPr>
                <w:b/>
                <w:color w:val="0C0C0C"/>
                <w:sz w:val="18"/>
              </w:rPr>
              <w:t>E0080</w:t>
            </w:r>
          </w:p>
        </w:tc>
      </w:tr>
      <w:tr w:rsidR="006B6354" w:rsidRPr="00601103" w14:paraId="1E42604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3E93F7D" w14:textId="77777777" w:rsidR="006B6354" w:rsidRPr="00601103" w:rsidRDefault="00000000">
            <w:pPr>
              <w:spacing w:line="240" w:lineRule="auto"/>
              <w:jc w:val="center"/>
              <w:rPr>
                <w:rFonts w:hint="eastAsia"/>
                <w:lang w:val="pl-PL"/>
              </w:rPr>
            </w:pPr>
            <w:r w:rsidRPr="00601103">
              <w:rPr>
                <w:b/>
                <w:color w:val="FFFFFF"/>
                <w:lang w:val="pl-PL"/>
              </w:rPr>
              <w:lastRenderedPageBreak/>
              <w:t>Kiedy czuję szczęście</w:t>
            </w:r>
          </w:p>
          <w:p w14:paraId="06358E35" w14:textId="77777777" w:rsidR="006B6354" w:rsidRPr="00601103" w:rsidRDefault="00000000">
            <w:pPr>
              <w:spacing w:line="240" w:lineRule="auto"/>
              <w:jc w:val="center"/>
              <w:rPr>
                <w:rFonts w:hint="eastAsia"/>
                <w:lang w:val="pl-PL"/>
              </w:rPr>
            </w:pPr>
            <w:r w:rsidRPr="00601103">
              <w:rPr>
                <w:i/>
                <w:color w:val="F8F0F9"/>
                <w:sz w:val="18"/>
                <w:lang w:val="pl-PL"/>
              </w:rPr>
              <w:t xml:space="preserve">Paula </w:t>
            </w:r>
            <w:proofErr w:type="spellStart"/>
            <w:r w:rsidRPr="00601103">
              <w:rPr>
                <w:i/>
                <w:color w:val="F8F0F9"/>
                <w:sz w:val="18"/>
                <w:lang w:val="pl-PL"/>
              </w:rPr>
              <w:t>Bowles</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F9D3B07" w14:textId="77777777" w:rsidR="006B6354" w:rsidRPr="00601103" w:rsidRDefault="00000000">
            <w:pPr>
              <w:spacing w:line="240" w:lineRule="auto"/>
              <w:jc w:val="center"/>
              <w:rPr>
                <w:rFonts w:hint="eastAsia"/>
                <w:lang w:val="pl-PL"/>
              </w:rPr>
            </w:pPr>
            <w:r w:rsidRPr="00601103">
              <w:rPr>
                <w:b/>
                <w:color w:val="FFFFFF"/>
                <w:lang w:val="pl-PL"/>
              </w:rPr>
              <w:t>Kiedy czuję smutek</w:t>
            </w:r>
          </w:p>
          <w:p w14:paraId="5DEE6916" w14:textId="77777777" w:rsidR="006B6354" w:rsidRPr="00601103" w:rsidRDefault="00000000">
            <w:pPr>
              <w:spacing w:line="240" w:lineRule="auto"/>
              <w:jc w:val="center"/>
              <w:rPr>
                <w:rFonts w:hint="eastAsia"/>
                <w:lang w:val="pl-PL"/>
              </w:rPr>
            </w:pPr>
            <w:r w:rsidRPr="00601103">
              <w:rPr>
                <w:i/>
                <w:color w:val="F8F0F9"/>
                <w:sz w:val="18"/>
                <w:lang w:val="pl-PL"/>
              </w:rPr>
              <w:t xml:space="preserve">Paula </w:t>
            </w:r>
            <w:proofErr w:type="spellStart"/>
            <w:r w:rsidRPr="00601103">
              <w:rPr>
                <w:i/>
                <w:color w:val="F8F0F9"/>
                <w:sz w:val="18"/>
                <w:lang w:val="pl-PL"/>
              </w:rPr>
              <w:t>Bowles</w:t>
            </w:r>
            <w:proofErr w:type="spellEnd"/>
          </w:p>
        </w:tc>
      </w:tr>
      <w:tr w:rsidR="006B6354" w:rsidRPr="00601103" w14:paraId="51FAD154"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373BA10" w14:textId="77777777" w:rsidR="006B6354" w:rsidRDefault="00000000">
            <w:pPr>
              <w:jc w:val="center"/>
              <w:rPr>
                <w:rFonts w:hint="eastAsia"/>
              </w:rPr>
            </w:pPr>
            <w:r>
              <w:rPr>
                <w:noProof/>
              </w:rPr>
              <w:drawing>
                <wp:inline distT="0" distB="0" distL="0" distR="0" wp14:anchorId="464E2742" wp14:editId="3F44F089">
                  <wp:extent cx="1227600" cy="1227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9B5DBD8" w14:textId="77777777" w:rsidR="006B6354" w:rsidRPr="00601103" w:rsidRDefault="00000000">
            <w:pPr>
              <w:spacing w:line="250" w:lineRule="auto"/>
              <w:jc w:val="center"/>
              <w:rPr>
                <w:rFonts w:hint="eastAsia"/>
                <w:lang w:val="pl-PL"/>
              </w:rPr>
            </w:pPr>
            <w:r w:rsidRPr="00601103">
              <w:rPr>
                <w:color w:val="1C1E22"/>
                <w:sz w:val="22"/>
                <w:lang w:val="pl-PL"/>
              </w:rPr>
              <w:t>Ta unikalna seria, powstała we współpracy z psychologiem dziecięcym, koncentruje się na sześciu głównych emocjach odczuwanych przez małe dzieci. Bohaterowie w każdej książce pomagają zidentyfikować i nazwać daną emocję, a także podpowiadają, jak sobie z nią radzić.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0BFB3D4" w14:textId="77777777" w:rsidR="006B6354" w:rsidRDefault="00000000">
            <w:pPr>
              <w:jc w:val="center"/>
              <w:rPr>
                <w:rFonts w:hint="eastAsia"/>
              </w:rPr>
            </w:pPr>
            <w:r>
              <w:rPr>
                <w:noProof/>
              </w:rPr>
              <w:drawing>
                <wp:inline distT="0" distB="0" distL="0" distR="0" wp14:anchorId="52CC7E47" wp14:editId="0A1540B7">
                  <wp:extent cx="1227600" cy="1227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56294FF" w14:textId="77777777" w:rsidR="006B6354" w:rsidRPr="00601103" w:rsidRDefault="00000000">
            <w:pPr>
              <w:spacing w:line="250" w:lineRule="auto"/>
              <w:jc w:val="center"/>
              <w:rPr>
                <w:rFonts w:hint="eastAsia"/>
                <w:lang w:val="pl-PL"/>
              </w:rPr>
            </w:pPr>
            <w:r w:rsidRPr="00601103">
              <w:rPr>
                <w:color w:val="1C1E22"/>
                <w:sz w:val="22"/>
                <w:lang w:val="pl-PL"/>
              </w:rPr>
              <w:t>Ta unikalna seria, powstała we współpracy z psychologiem dziecięcym, koncentruje się na sześciu głównych emocjach odczuwanych przez małe dzieci. Bohaterowie w każdej książce pomagają zidentyfikować i nazwać daną emocję, a także podpowiadają, jak sobie z nią radzić.</w:t>
            </w:r>
          </w:p>
        </w:tc>
      </w:tr>
      <w:tr w:rsidR="006B6354" w14:paraId="341B897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E3D636D" w14:textId="77777777" w:rsidR="006B6354" w:rsidRDefault="00000000">
            <w:pPr>
              <w:rPr>
                <w:rFonts w:hint="eastAsia"/>
              </w:rPr>
            </w:pPr>
            <w:r>
              <w:rPr>
                <w:b/>
                <w:color w:val="0C0C0C"/>
                <w:sz w:val="18"/>
              </w:rPr>
              <w:t>E0081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41C1342" w14:textId="77777777" w:rsidR="006B6354" w:rsidRDefault="00000000">
            <w:pPr>
              <w:rPr>
                <w:rFonts w:hint="eastAsia"/>
              </w:rPr>
            </w:pPr>
            <w:r>
              <w:rPr>
                <w:b/>
                <w:color w:val="0C0C0C"/>
                <w:sz w:val="18"/>
              </w:rPr>
              <w:t>E0082</w:t>
            </w:r>
          </w:p>
        </w:tc>
      </w:tr>
      <w:tr w:rsidR="006B6354" w:rsidRPr="00601103" w14:paraId="45408183"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F7586CE" w14:textId="77777777" w:rsidR="006B6354" w:rsidRPr="00601103" w:rsidRDefault="00000000">
            <w:pPr>
              <w:spacing w:line="240" w:lineRule="auto"/>
              <w:jc w:val="center"/>
              <w:rPr>
                <w:rFonts w:hint="eastAsia"/>
                <w:lang w:val="pl-PL"/>
              </w:rPr>
            </w:pPr>
            <w:r w:rsidRPr="00601103">
              <w:rPr>
                <w:b/>
                <w:color w:val="FFFFFF"/>
                <w:lang w:val="pl-PL"/>
              </w:rPr>
              <w:t>Kiedy czuję zaskoczenie</w:t>
            </w:r>
          </w:p>
          <w:p w14:paraId="7AC147E0" w14:textId="77777777" w:rsidR="006B6354" w:rsidRPr="00601103" w:rsidRDefault="00000000">
            <w:pPr>
              <w:spacing w:line="240" w:lineRule="auto"/>
              <w:jc w:val="center"/>
              <w:rPr>
                <w:rFonts w:hint="eastAsia"/>
                <w:lang w:val="pl-PL"/>
              </w:rPr>
            </w:pPr>
            <w:r w:rsidRPr="00601103">
              <w:rPr>
                <w:i/>
                <w:color w:val="F8F0F9"/>
                <w:sz w:val="18"/>
                <w:lang w:val="pl-PL"/>
              </w:rPr>
              <w:t xml:space="preserve">Paula </w:t>
            </w:r>
            <w:proofErr w:type="spellStart"/>
            <w:r w:rsidRPr="00601103">
              <w:rPr>
                <w:i/>
                <w:color w:val="F8F0F9"/>
                <w:sz w:val="18"/>
                <w:lang w:val="pl-PL"/>
              </w:rPr>
              <w:t>Bowles</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3EF61AC" w14:textId="77777777" w:rsidR="006B6354" w:rsidRPr="00601103" w:rsidRDefault="00000000">
            <w:pPr>
              <w:spacing w:line="240" w:lineRule="auto"/>
              <w:jc w:val="center"/>
              <w:rPr>
                <w:rFonts w:hint="eastAsia"/>
                <w:lang w:val="pl-PL"/>
              </w:rPr>
            </w:pPr>
            <w:r w:rsidRPr="00601103">
              <w:rPr>
                <w:b/>
                <w:color w:val="FFFFFF"/>
                <w:lang w:val="pl-PL"/>
              </w:rPr>
              <w:t>Elementarz ważnych słów Szacunek</w:t>
            </w:r>
          </w:p>
          <w:p w14:paraId="7182E2B7"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r>
      <w:tr w:rsidR="006B6354" w:rsidRPr="00601103" w14:paraId="60A4CF3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6B56251" w14:textId="77777777" w:rsidR="006B6354" w:rsidRDefault="00000000">
            <w:pPr>
              <w:jc w:val="center"/>
              <w:rPr>
                <w:rFonts w:hint="eastAsia"/>
              </w:rPr>
            </w:pPr>
            <w:r>
              <w:rPr>
                <w:noProof/>
              </w:rPr>
              <w:drawing>
                <wp:inline distT="0" distB="0" distL="0" distR="0" wp14:anchorId="6C605491" wp14:editId="46991F55">
                  <wp:extent cx="1227600" cy="1227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789B491" w14:textId="77777777" w:rsidR="006B6354" w:rsidRPr="00601103" w:rsidRDefault="00000000">
            <w:pPr>
              <w:spacing w:line="250" w:lineRule="auto"/>
              <w:jc w:val="center"/>
              <w:rPr>
                <w:rFonts w:hint="eastAsia"/>
                <w:lang w:val="pl-PL"/>
              </w:rPr>
            </w:pPr>
            <w:r w:rsidRPr="00601103">
              <w:rPr>
                <w:color w:val="1C1E22"/>
                <w:sz w:val="22"/>
                <w:lang w:val="pl-PL"/>
              </w:rPr>
              <w:t>koncentruje się na sześciu głównych emocjach odczuwanych przez małe dzieci. Bohaterowie w każdej książce pomagają zidentyfikować i nazwać daną emocję, a także podpowiadają, jak sobie z nią radzić.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8E0CACF" w14:textId="77777777" w:rsidR="006B6354" w:rsidRDefault="00000000">
            <w:pPr>
              <w:jc w:val="center"/>
              <w:rPr>
                <w:rFonts w:hint="eastAsia"/>
              </w:rPr>
            </w:pPr>
            <w:r>
              <w:rPr>
                <w:noProof/>
              </w:rPr>
              <w:drawing>
                <wp:inline distT="0" distB="0" distL="0" distR="0" wp14:anchorId="7B53E601" wp14:editId="5CABA44E">
                  <wp:extent cx="1227600" cy="1227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D14083" w14:textId="77777777" w:rsidR="006B6354" w:rsidRPr="00601103" w:rsidRDefault="00000000">
            <w:pPr>
              <w:spacing w:line="250" w:lineRule="auto"/>
              <w:jc w:val="center"/>
              <w:rPr>
                <w:rFonts w:hint="eastAsia"/>
                <w:lang w:val="pl-PL"/>
              </w:rPr>
            </w:pPr>
            <w:r w:rsidRPr="00601103">
              <w:rPr>
                <w:color w:val="1C1E22"/>
                <w:lang w:val="pl-PL"/>
              </w:rPr>
              <w:t>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r>
      <w:tr w:rsidR="006B6354" w14:paraId="6475F42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DAE1A91" w14:textId="77777777" w:rsidR="006B6354" w:rsidRDefault="00000000">
            <w:pPr>
              <w:rPr>
                <w:rFonts w:hint="eastAsia"/>
              </w:rPr>
            </w:pPr>
            <w:r>
              <w:rPr>
                <w:b/>
                <w:color w:val="0C0C0C"/>
                <w:sz w:val="18"/>
              </w:rPr>
              <w:t>E0083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B3DFF40" w14:textId="77777777" w:rsidR="006B6354" w:rsidRDefault="00000000">
            <w:pPr>
              <w:rPr>
                <w:rFonts w:hint="eastAsia"/>
              </w:rPr>
            </w:pPr>
            <w:r>
              <w:rPr>
                <w:b/>
                <w:color w:val="0C0C0C"/>
                <w:sz w:val="18"/>
              </w:rPr>
              <w:t>E0084</w:t>
            </w:r>
          </w:p>
        </w:tc>
      </w:tr>
      <w:tr w:rsidR="006B6354" w:rsidRPr="00601103" w14:paraId="5F18ECB1"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25C1882" w14:textId="77777777" w:rsidR="006B6354" w:rsidRPr="00601103" w:rsidRDefault="00000000">
            <w:pPr>
              <w:spacing w:line="240" w:lineRule="auto"/>
              <w:jc w:val="center"/>
              <w:rPr>
                <w:rFonts w:hint="eastAsia"/>
                <w:lang w:val="pl-PL"/>
              </w:rPr>
            </w:pPr>
            <w:r w:rsidRPr="00601103">
              <w:rPr>
                <w:b/>
                <w:color w:val="FFFFFF"/>
                <w:lang w:val="pl-PL"/>
              </w:rPr>
              <w:lastRenderedPageBreak/>
              <w:t>Elementarz ważnych słów Życzliwość</w:t>
            </w:r>
          </w:p>
          <w:p w14:paraId="322521AC"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5899348" w14:textId="77777777" w:rsidR="006B6354" w:rsidRPr="00601103" w:rsidRDefault="00000000">
            <w:pPr>
              <w:spacing w:line="240" w:lineRule="auto"/>
              <w:jc w:val="center"/>
              <w:rPr>
                <w:rFonts w:hint="eastAsia"/>
                <w:lang w:val="pl-PL"/>
              </w:rPr>
            </w:pPr>
            <w:r w:rsidRPr="00601103">
              <w:rPr>
                <w:b/>
                <w:color w:val="FFFFFF"/>
                <w:lang w:val="pl-PL"/>
              </w:rPr>
              <w:t xml:space="preserve">Bajka </w:t>
            </w:r>
            <w:proofErr w:type="spellStart"/>
            <w:r w:rsidRPr="00601103">
              <w:rPr>
                <w:b/>
                <w:color w:val="FFFFFF"/>
                <w:lang w:val="pl-PL"/>
              </w:rPr>
              <w:t>uspokajanka</w:t>
            </w:r>
            <w:proofErr w:type="spellEnd"/>
            <w:r w:rsidRPr="00601103">
              <w:rPr>
                <w:b/>
                <w:color w:val="FFFFFF"/>
                <w:lang w:val="pl-PL"/>
              </w:rPr>
              <w:t xml:space="preserve"> Wielki wyścig</w:t>
            </w:r>
          </w:p>
          <w:p w14:paraId="19E41C28" w14:textId="77777777" w:rsidR="006B6354" w:rsidRPr="00601103" w:rsidRDefault="00000000">
            <w:pPr>
              <w:spacing w:line="240" w:lineRule="auto"/>
              <w:jc w:val="center"/>
              <w:rPr>
                <w:rFonts w:hint="eastAsia"/>
                <w:lang w:val="pl-PL"/>
              </w:rPr>
            </w:pPr>
            <w:r w:rsidRPr="00601103">
              <w:rPr>
                <w:i/>
                <w:color w:val="F8F0F9"/>
                <w:sz w:val="18"/>
                <w:lang w:val="pl-PL"/>
              </w:rPr>
              <w:t xml:space="preserve">Jarosław </w:t>
            </w:r>
            <w:proofErr w:type="spellStart"/>
            <w:r w:rsidRPr="00601103">
              <w:rPr>
                <w:i/>
                <w:color w:val="F8F0F9"/>
                <w:sz w:val="18"/>
                <w:lang w:val="pl-PL"/>
              </w:rPr>
              <w:t>Mikołejewski</w:t>
            </w:r>
            <w:proofErr w:type="spellEnd"/>
          </w:p>
        </w:tc>
      </w:tr>
      <w:tr w:rsidR="006B6354" w14:paraId="00122E8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A3D2B0D" w14:textId="77777777" w:rsidR="006B6354" w:rsidRDefault="00000000">
            <w:pPr>
              <w:jc w:val="center"/>
              <w:rPr>
                <w:rFonts w:hint="eastAsia"/>
              </w:rPr>
            </w:pPr>
            <w:r>
              <w:rPr>
                <w:noProof/>
              </w:rPr>
              <w:drawing>
                <wp:inline distT="0" distB="0" distL="0" distR="0" wp14:anchorId="3FCB2C90" wp14:editId="70795D30">
                  <wp:extent cx="1227600" cy="1227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7A96903"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92E8962" w14:textId="77777777" w:rsidR="006B6354" w:rsidRDefault="00000000">
            <w:pPr>
              <w:jc w:val="center"/>
              <w:rPr>
                <w:rFonts w:hint="eastAsia"/>
              </w:rPr>
            </w:pPr>
            <w:r>
              <w:rPr>
                <w:noProof/>
              </w:rPr>
              <w:drawing>
                <wp:inline distT="0" distB="0" distL="0" distR="0" wp14:anchorId="7AF8E236" wp14:editId="390B217C">
                  <wp:extent cx="1227600" cy="1227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95940A7" w14:textId="77777777" w:rsidR="006B6354" w:rsidRDefault="00000000">
            <w:pPr>
              <w:spacing w:line="250" w:lineRule="auto"/>
              <w:jc w:val="center"/>
              <w:rPr>
                <w:rFonts w:hint="eastAsia"/>
              </w:rPr>
            </w:pPr>
            <w:r w:rsidRPr="00601103">
              <w:rPr>
                <w:color w:val="1C1E22"/>
                <w:sz w:val="22"/>
                <w:lang w:val="pl-PL"/>
              </w:rPr>
              <w:t xml:space="preserve">Ślimaczek, Ptaszki, Rybki, Krecik i Obłoczki postanawiają zorganizować zawody. Tylko jak tu się ścigać, skoro jedni pływają, inni fruwają czy suną po niebie, a jeszcze inni chodzą albo pełzają? Poza tym wyścigi są fajne, zawsze ktoś wygrywa, ale też przykre, bo zawsze ktoś przegrywa. </w:t>
            </w:r>
            <w:proofErr w:type="spellStart"/>
            <w:r>
              <w:rPr>
                <w:color w:val="1C1E22"/>
                <w:sz w:val="22"/>
              </w:rPr>
              <w:t>Czy</w:t>
            </w:r>
            <w:proofErr w:type="spellEnd"/>
            <w:r>
              <w:rPr>
                <w:color w:val="1C1E22"/>
                <w:sz w:val="22"/>
              </w:rPr>
              <w:t xml:space="preserve"> da </w:t>
            </w:r>
            <w:proofErr w:type="spellStart"/>
            <w:r>
              <w:rPr>
                <w:color w:val="1C1E22"/>
                <w:sz w:val="22"/>
              </w:rPr>
              <w:t>się</w:t>
            </w:r>
            <w:proofErr w:type="spellEnd"/>
            <w:r>
              <w:rPr>
                <w:color w:val="1C1E22"/>
                <w:sz w:val="22"/>
              </w:rPr>
              <w:t xml:space="preserve"> </w:t>
            </w:r>
            <w:proofErr w:type="spellStart"/>
            <w:r>
              <w:rPr>
                <w:color w:val="1C1E22"/>
                <w:sz w:val="22"/>
              </w:rPr>
              <w:t>zorganizować</w:t>
            </w:r>
            <w:proofErr w:type="spellEnd"/>
            <w:r>
              <w:rPr>
                <w:color w:val="1C1E22"/>
                <w:sz w:val="22"/>
              </w:rPr>
              <w:t xml:space="preserve"> takie zawody, które ucieszą wszystkich?</w:t>
            </w:r>
          </w:p>
        </w:tc>
      </w:tr>
      <w:tr w:rsidR="006B6354" w14:paraId="4BD211B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48F74B7" w14:textId="77777777" w:rsidR="006B6354" w:rsidRDefault="00000000">
            <w:pPr>
              <w:rPr>
                <w:rFonts w:hint="eastAsia"/>
              </w:rPr>
            </w:pPr>
            <w:r>
              <w:rPr>
                <w:b/>
                <w:color w:val="0C0C0C"/>
                <w:sz w:val="18"/>
              </w:rPr>
              <w:t>E0085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E7D6680" w14:textId="77777777" w:rsidR="006B6354" w:rsidRDefault="00000000">
            <w:pPr>
              <w:rPr>
                <w:rFonts w:hint="eastAsia"/>
              </w:rPr>
            </w:pPr>
            <w:r>
              <w:rPr>
                <w:b/>
                <w:color w:val="0C0C0C"/>
                <w:sz w:val="18"/>
              </w:rPr>
              <w:t>E0086</w:t>
            </w:r>
          </w:p>
        </w:tc>
      </w:tr>
      <w:tr w:rsidR="006B6354" w:rsidRPr="00601103" w14:paraId="14A0535A"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4FDA14B" w14:textId="77777777" w:rsidR="006B6354" w:rsidRPr="00601103" w:rsidRDefault="00000000">
            <w:pPr>
              <w:spacing w:line="240" w:lineRule="auto"/>
              <w:jc w:val="center"/>
              <w:rPr>
                <w:rFonts w:hint="eastAsia"/>
                <w:lang w:val="pl-PL"/>
              </w:rPr>
            </w:pPr>
            <w:r w:rsidRPr="00601103">
              <w:rPr>
                <w:b/>
                <w:color w:val="FFFFFF"/>
                <w:lang w:val="pl-PL"/>
              </w:rPr>
              <w:t xml:space="preserve">Bajka </w:t>
            </w:r>
            <w:proofErr w:type="spellStart"/>
            <w:r w:rsidRPr="00601103">
              <w:rPr>
                <w:b/>
                <w:color w:val="FFFFFF"/>
                <w:lang w:val="pl-PL"/>
              </w:rPr>
              <w:t>uspokajanka</w:t>
            </w:r>
            <w:proofErr w:type="spellEnd"/>
            <w:r w:rsidRPr="00601103">
              <w:rPr>
                <w:b/>
                <w:color w:val="FFFFFF"/>
                <w:lang w:val="pl-PL"/>
              </w:rPr>
              <w:t xml:space="preserve"> Podwórkowe zwierzątka</w:t>
            </w:r>
          </w:p>
          <w:p w14:paraId="2121ACF7" w14:textId="77777777" w:rsidR="006B6354" w:rsidRPr="00601103" w:rsidRDefault="00000000">
            <w:pPr>
              <w:spacing w:line="240" w:lineRule="auto"/>
              <w:jc w:val="center"/>
              <w:rPr>
                <w:rFonts w:hint="eastAsia"/>
                <w:lang w:val="pl-PL"/>
              </w:rPr>
            </w:pPr>
            <w:r w:rsidRPr="00601103">
              <w:rPr>
                <w:i/>
                <w:color w:val="F8F0F9"/>
                <w:sz w:val="18"/>
                <w:lang w:val="pl-PL"/>
              </w:rPr>
              <w:t>Jarosław Mikołajewski</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3F536BB" w14:textId="77777777" w:rsidR="006B6354" w:rsidRPr="00601103" w:rsidRDefault="00000000">
            <w:pPr>
              <w:spacing w:line="240" w:lineRule="auto"/>
              <w:jc w:val="center"/>
              <w:rPr>
                <w:rFonts w:hint="eastAsia"/>
                <w:lang w:val="pl-PL"/>
              </w:rPr>
            </w:pPr>
            <w:r w:rsidRPr="00601103">
              <w:rPr>
                <w:b/>
                <w:color w:val="FFFFFF"/>
                <w:lang w:val="pl-PL"/>
              </w:rPr>
              <w:t xml:space="preserve">Bajka </w:t>
            </w:r>
            <w:proofErr w:type="spellStart"/>
            <w:r w:rsidRPr="00601103">
              <w:rPr>
                <w:b/>
                <w:color w:val="FFFFFF"/>
                <w:lang w:val="pl-PL"/>
              </w:rPr>
              <w:t>uspokajanka</w:t>
            </w:r>
            <w:proofErr w:type="spellEnd"/>
            <w:r w:rsidRPr="00601103">
              <w:rPr>
                <w:b/>
                <w:color w:val="FFFFFF"/>
                <w:lang w:val="pl-PL"/>
              </w:rPr>
              <w:t xml:space="preserve"> Drogocenny kamyczek</w:t>
            </w:r>
          </w:p>
          <w:p w14:paraId="114163DA" w14:textId="77777777" w:rsidR="006B6354" w:rsidRPr="00601103" w:rsidRDefault="00000000">
            <w:pPr>
              <w:spacing w:line="240" w:lineRule="auto"/>
              <w:jc w:val="center"/>
              <w:rPr>
                <w:rFonts w:hint="eastAsia"/>
                <w:lang w:val="pl-PL"/>
              </w:rPr>
            </w:pPr>
            <w:r w:rsidRPr="00601103">
              <w:rPr>
                <w:i/>
                <w:color w:val="F8F0F9"/>
                <w:sz w:val="18"/>
                <w:lang w:val="pl-PL"/>
              </w:rPr>
              <w:t>Jarosław Mikołajewski</w:t>
            </w:r>
          </w:p>
        </w:tc>
      </w:tr>
      <w:tr w:rsidR="006B6354" w14:paraId="573B7B23"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5AA5D2A" w14:textId="77777777" w:rsidR="006B6354" w:rsidRDefault="00000000">
            <w:pPr>
              <w:jc w:val="center"/>
              <w:rPr>
                <w:rFonts w:hint="eastAsia"/>
              </w:rPr>
            </w:pPr>
            <w:r>
              <w:rPr>
                <w:noProof/>
              </w:rPr>
              <w:drawing>
                <wp:inline distT="0" distB="0" distL="0" distR="0" wp14:anchorId="7B10733A" wp14:editId="41216877">
                  <wp:extent cx="1227600" cy="1227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8"/>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3C4FA4F" w14:textId="77777777" w:rsidR="006B6354" w:rsidRDefault="00000000">
            <w:pPr>
              <w:spacing w:line="250" w:lineRule="auto"/>
              <w:jc w:val="center"/>
              <w:rPr>
                <w:rFonts w:hint="eastAsia"/>
              </w:rPr>
            </w:pPr>
            <w:r w:rsidRPr="00601103">
              <w:rPr>
                <w:color w:val="1C1E22"/>
                <w:sz w:val="22"/>
                <w:lang w:val="pl-PL"/>
              </w:rPr>
              <w:t xml:space="preserve">Ale tym razem mama radzi jej: „Zrób dziś coś ciekawego” – i żegna ją pieszczotliwie: „Pięknego dnia, piesku!”. I wtedy… co to? Ania staje się pieskiem! Wybiega na podwórko, a tam… spotyka inne zwierzątka. </w:t>
            </w:r>
            <w:proofErr w:type="spellStart"/>
            <w:r>
              <w:rPr>
                <w:color w:val="1C1E22"/>
                <w:sz w:val="22"/>
              </w:rPr>
              <w:t>Zapowiada</w:t>
            </w:r>
            <w:proofErr w:type="spellEnd"/>
            <w:r>
              <w:rPr>
                <w:color w:val="1C1E22"/>
                <w:sz w:val="22"/>
              </w:rPr>
              <w:t xml:space="preserve"> </w:t>
            </w:r>
            <w:proofErr w:type="spellStart"/>
            <w:r>
              <w:rPr>
                <w:color w:val="1C1E22"/>
                <w:sz w:val="22"/>
              </w:rPr>
              <w:t>się</w:t>
            </w:r>
            <w:proofErr w:type="spellEnd"/>
            <w:r>
              <w:rPr>
                <w:color w:val="1C1E22"/>
                <w:sz w:val="22"/>
              </w:rPr>
              <w:t xml:space="preserve"> </w:t>
            </w:r>
            <w:proofErr w:type="spellStart"/>
            <w:r>
              <w:rPr>
                <w:color w:val="1C1E22"/>
                <w:sz w:val="22"/>
              </w:rPr>
              <w:t>wesoła</w:t>
            </w:r>
            <w:proofErr w:type="spellEnd"/>
            <w:r>
              <w:rPr>
                <w:color w:val="1C1E22"/>
                <w:sz w:val="22"/>
              </w:rPr>
              <w:t xml:space="preserve"> </w:t>
            </w:r>
            <w:proofErr w:type="spellStart"/>
            <w:r>
              <w:rPr>
                <w:color w:val="1C1E22"/>
                <w:sz w:val="22"/>
              </w:rPr>
              <w:t>zabawa</w:t>
            </w:r>
            <w:proofErr w:type="spellEnd"/>
            <w:r>
              <w:rPr>
                <w:color w:val="1C1E22"/>
                <w:sz w:val="22"/>
              </w:rPr>
              <w:t>!</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6C391AC" w14:textId="77777777" w:rsidR="006B6354" w:rsidRDefault="00000000">
            <w:pPr>
              <w:jc w:val="center"/>
              <w:rPr>
                <w:rFonts w:hint="eastAsia"/>
              </w:rPr>
            </w:pPr>
            <w:r>
              <w:rPr>
                <w:noProof/>
              </w:rPr>
              <w:drawing>
                <wp:inline distT="0" distB="0" distL="0" distR="0" wp14:anchorId="39B16264" wp14:editId="651862E7">
                  <wp:extent cx="1227600" cy="1227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7B85FAE" w14:textId="77777777" w:rsidR="006B6354" w:rsidRDefault="00000000">
            <w:pPr>
              <w:spacing w:line="250" w:lineRule="auto"/>
              <w:jc w:val="center"/>
              <w:rPr>
                <w:rFonts w:hint="eastAsia"/>
              </w:rPr>
            </w:pPr>
            <w:r w:rsidRPr="00601103">
              <w:rPr>
                <w:color w:val="1C1E22"/>
                <w:sz w:val="22"/>
                <w:lang w:val="pl-PL"/>
              </w:rPr>
              <w:t xml:space="preserve">Lubi za to spacerować po linii, gdzie plaża styka się z morzem. Ta linia jest taka ciekawa ‒ ciągle się zmienia! Na dodatek można spacerować trochę po wodzie, a trochę po piasku. Podczas jednego z takich spacerów Basia znajduje mnóstwo rzeczy, a wśród nich prawdziwy skarb ‒ kamyczek. </w:t>
            </w:r>
            <w:proofErr w:type="spellStart"/>
            <w:r>
              <w:rPr>
                <w:color w:val="1C1E22"/>
                <w:sz w:val="22"/>
              </w:rPr>
              <w:t>Dlaczego</w:t>
            </w:r>
            <w:proofErr w:type="spellEnd"/>
            <w:r>
              <w:rPr>
                <w:color w:val="1C1E22"/>
                <w:sz w:val="22"/>
              </w:rPr>
              <w:t xml:space="preserve"> jest on </w:t>
            </w:r>
            <w:proofErr w:type="spellStart"/>
            <w:r>
              <w:rPr>
                <w:color w:val="1C1E22"/>
                <w:sz w:val="22"/>
              </w:rPr>
              <w:t>taki</w:t>
            </w:r>
            <w:proofErr w:type="spellEnd"/>
            <w:r>
              <w:rPr>
                <w:color w:val="1C1E22"/>
                <w:sz w:val="22"/>
              </w:rPr>
              <w:t xml:space="preserve"> wyjątkowy?</w:t>
            </w:r>
          </w:p>
        </w:tc>
      </w:tr>
      <w:tr w:rsidR="006B6354" w14:paraId="58B5F1D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FEFE142" w14:textId="77777777" w:rsidR="006B6354" w:rsidRDefault="00000000">
            <w:pPr>
              <w:rPr>
                <w:rFonts w:hint="eastAsia"/>
              </w:rPr>
            </w:pPr>
            <w:r>
              <w:rPr>
                <w:b/>
                <w:color w:val="0C0C0C"/>
                <w:sz w:val="18"/>
              </w:rPr>
              <w:t>E0087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0A157E6" w14:textId="77777777" w:rsidR="006B6354" w:rsidRDefault="00000000">
            <w:pPr>
              <w:rPr>
                <w:rFonts w:hint="eastAsia"/>
              </w:rPr>
            </w:pPr>
            <w:r>
              <w:rPr>
                <w:b/>
                <w:color w:val="0C0C0C"/>
                <w:sz w:val="18"/>
              </w:rPr>
              <w:t>E0088</w:t>
            </w:r>
          </w:p>
        </w:tc>
      </w:tr>
      <w:tr w:rsidR="006B6354" w14:paraId="0B0CF96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6A0EB32" w14:textId="77777777" w:rsidR="006B6354" w:rsidRPr="00601103" w:rsidRDefault="00000000">
            <w:pPr>
              <w:spacing w:line="240" w:lineRule="auto"/>
              <w:jc w:val="center"/>
              <w:rPr>
                <w:rFonts w:hint="eastAsia"/>
                <w:lang w:val="pl-PL"/>
              </w:rPr>
            </w:pPr>
            <w:r w:rsidRPr="00601103">
              <w:rPr>
                <w:b/>
                <w:color w:val="FFFFFF"/>
                <w:lang w:val="pl-PL"/>
              </w:rPr>
              <w:lastRenderedPageBreak/>
              <w:t>Elementarz ważnych słów Nasz świat</w:t>
            </w:r>
          </w:p>
          <w:p w14:paraId="366BA060"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9F45A17" w14:textId="77777777" w:rsidR="006B6354" w:rsidRPr="00601103" w:rsidRDefault="00000000">
            <w:pPr>
              <w:spacing w:line="240" w:lineRule="auto"/>
              <w:jc w:val="center"/>
              <w:rPr>
                <w:rFonts w:hint="eastAsia"/>
                <w:lang w:val="pl-PL"/>
              </w:rPr>
            </w:pPr>
            <w:r w:rsidRPr="00601103">
              <w:rPr>
                <w:b/>
                <w:color w:val="FFFFFF"/>
                <w:lang w:val="pl-PL"/>
              </w:rPr>
              <w:t>Elementarz ważnych słów Dajemy z siebie wszystko</w:t>
            </w:r>
          </w:p>
          <w:p w14:paraId="0E310EAF" w14:textId="77777777" w:rsidR="006B6354" w:rsidRDefault="00000000">
            <w:pPr>
              <w:spacing w:line="240" w:lineRule="auto"/>
              <w:jc w:val="center"/>
              <w:rPr>
                <w:rFonts w:hint="eastAsia"/>
              </w:rPr>
            </w:pPr>
            <w:r>
              <w:rPr>
                <w:i/>
                <w:color w:val="F8F0F9"/>
                <w:sz w:val="18"/>
              </w:rPr>
              <w:t>Helen Mortimer, Cristina Trapanese</w:t>
            </w:r>
          </w:p>
        </w:tc>
      </w:tr>
      <w:tr w:rsidR="006B6354" w:rsidRPr="00601103" w14:paraId="0AF39D1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BC80C15" w14:textId="77777777" w:rsidR="006B6354" w:rsidRDefault="00000000">
            <w:pPr>
              <w:jc w:val="center"/>
              <w:rPr>
                <w:rFonts w:hint="eastAsia"/>
              </w:rPr>
            </w:pPr>
            <w:r>
              <w:rPr>
                <w:noProof/>
              </w:rPr>
              <w:drawing>
                <wp:inline distT="0" distB="0" distL="0" distR="0" wp14:anchorId="73972A2E" wp14:editId="093A26FE">
                  <wp:extent cx="1227600" cy="1227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0"/>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4842F30"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E1308B3" w14:textId="77777777" w:rsidR="006B6354" w:rsidRDefault="00000000">
            <w:pPr>
              <w:jc w:val="center"/>
              <w:rPr>
                <w:rFonts w:hint="eastAsia"/>
              </w:rPr>
            </w:pPr>
            <w:r>
              <w:rPr>
                <w:noProof/>
              </w:rPr>
              <w:drawing>
                <wp:inline distT="0" distB="0" distL="0" distR="0" wp14:anchorId="16F6908E" wp14:editId="0C14467F">
                  <wp:extent cx="1227600" cy="1227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1"/>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B4180B6"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r>
      <w:tr w:rsidR="006B6354" w14:paraId="3781DBAE"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EDF1097" w14:textId="77777777" w:rsidR="006B6354" w:rsidRDefault="00000000">
            <w:pPr>
              <w:rPr>
                <w:rFonts w:hint="eastAsia"/>
              </w:rPr>
            </w:pPr>
            <w:r>
              <w:rPr>
                <w:b/>
                <w:color w:val="0C0C0C"/>
                <w:sz w:val="18"/>
              </w:rPr>
              <w:t>E0089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E8C4D65" w14:textId="77777777" w:rsidR="006B6354" w:rsidRDefault="00000000">
            <w:pPr>
              <w:rPr>
                <w:rFonts w:hint="eastAsia"/>
              </w:rPr>
            </w:pPr>
            <w:r>
              <w:rPr>
                <w:b/>
                <w:color w:val="0C0C0C"/>
                <w:sz w:val="18"/>
              </w:rPr>
              <w:t>E0090</w:t>
            </w:r>
          </w:p>
        </w:tc>
      </w:tr>
      <w:tr w:rsidR="006B6354" w:rsidRPr="00601103" w14:paraId="099BF931"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BD580B3" w14:textId="77777777" w:rsidR="006B6354" w:rsidRPr="00601103" w:rsidRDefault="00000000">
            <w:pPr>
              <w:spacing w:line="240" w:lineRule="auto"/>
              <w:jc w:val="center"/>
              <w:rPr>
                <w:rFonts w:hint="eastAsia"/>
                <w:lang w:val="pl-PL"/>
              </w:rPr>
            </w:pPr>
            <w:r w:rsidRPr="00601103">
              <w:rPr>
                <w:b/>
                <w:color w:val="FFFFFF"/>
                <w:lang w:val="pl-PL"/>
              </w:rPr>
              <w:t>Elementarz ważnych słów Świętowanie</w:t>
            </w:r>
          </w:p>
          <w:p w14:paraId="18B70861"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0C9314D" w14:textId="77777777" w:rsidR="006B6354" w:rsidRPr="00601103" w:rsidRDefault="00000000">
            <w:pPr>
              <w:spacing w:line="240" w:lineRule="auto"/>
              <w:jc w:val="center"/>
              <w:rPr>
                <w:rFonts w:hint="eastAsia"/>
                <w:lang w:val="pl-PL"/>
              </w:rPr>
            </w:pPr>
            <w:r w:rsidRPr="00601103">
              <w:rPr>
                <w:b/>
                <w:color w:val="FFFFFF"/>
                <w:lang w:val="pl-PL"/>
              </w:rPr>
              <w:t>Elementarz ważnych słów Nauka</w:t>
            </w:r>
          </w:p>
          <w:p w14:paraId="01753C6E"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r>
      <w:tr w:rsidR="006B6354" w:rsidRPr="00601103" w14:paraId="1AF370A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FB38D3E" w14:textId="77777777" w:rsidR="006B6354" w:rsidRDefault="00000000">
            <w:pPr>
              <w:jc w:val="center"/>
              <w:rPr>
                <w:rFonts w:hint="eastAsia"/>
              </w:rPr>
            </w:pPr>
            <w:r>
              <w:rPr>
                <w:noProof/>
              </w:rPr>
              <w:drawing>
                <wp:inline distT="0" distB="0" distL="0" distR="0" wp14:anchorId="00E11E61" wp14:editId="5757111B">
                  <wp:extent cx="1227600" cy="1227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2"/>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63E4A97" w14:textId="77777777" w:rsidR="006B6354" w:rsidRPr="00601103" w:rsidRDefault="00000000">
            <w:pPr>
              <w:spacing w:line="250" w:lineRule="auto"/>
              <w:jc w:val="center"/>
              <w:rPr>
                <w:rFonts w:hint="eastAsia"/>
                <w:lang w:val="pl-PL"/>
              </w:rPr>
            </w:pPr>
            <w:r w:rsidRPr="00601103">
              <w:rPr>
                <w:color w:val="1C1E22"/>
                <w:lang w:val="pl-PL"/>
              </w:rPr>
              <w:t>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EC07AE3" w14:textId="77777777" w:rsidR="006B6354" w:rsidRDefault="00000000">
            <w:pPr>
              <w:jc w:val="center"/>
              <w:rPr>
                <w:rFonts w:hint="eastAsia"/>
              </w:rPr>
            </w:pPr>
            <w:r>
              <w:rPr>
                <w:noProof/>
              </w:rPr>
              <w:drawing>
                <wp:inline distT="0" distB="0" distL="0" distR="0" wp14:anchorId="4238168C" wp14:editId="7CC5C0B6">
                  <wp:extent cx="1227600" cy="1227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9375638" w14:textId="77777777" w:rsidR="006B6354" w:rsidRPr="00601103" w:rsidRDefault="00000000">
            <w:pPr>
              <w:spacing w:line="250" w:lineRule="auto"/>
              <w:jc w:val="center"/>
              <w:rPr>
                <w:rFonts w:hint="eastAsia"/>
                <w:lang w:val="pl-PL"/>
              </w:rPr>
            </w:pPr>
            <w:r w:rsidRPr="00601103">
              <w:rPr>
                <w:color w:val="1C1E22"/>
                <w:lang w:val="pl-PL"/>
              </w:rPr>
              <w:t>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r>
      <w:tr w:rsidR="006B6354" w14:paraId="28C8214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8353CAA" w14:textId="77777777" w:rsidR="006B6354" w:rsidRDefault="00000000">
            <w:pPr>
              <w:rPr>
                <w:rFonts w:hint="eastAsia"/>
              </w:rPr>
            </w:pPr>
            <w:r>
              <w:rPr>
                <w:b/>
                <w:color w:val="0C0C0C"/>
                <w:sz w:val="18"/>
              </w:rPr>
              <w:t>E0091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D650D9C" w14:textId="77777777" w:rsidR="006B6354" w:rsidRDefault="00000000">
            <w:pPr>
              <w:rPr>
                <w:rFonts w:hint="eastAsia"/>
              </w:rPr>
            </w:pPr>
            <w:r>
              <w:rPr>
                <w:b/>
                <w:color w:val="0C0C0C"/>
                <w:sz w:val="18"/>
              </w:rPr>
              <w:t>E0092</w:t>
            </w:r>
          </w:p>
        </w:tc>
      </w:tr>
      <w:tr w:rsidR="006B6354" w:rsidRPr="00601103" w14:paraId="57966439"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96BF0AA" w14:textId="77777777" w:rsidR="006B6354" w:rsidRPr="00601103" w:rsidRDefault="00000000">
            <w:pPr>
              <w:spacing w:line="240" w:lineRule="auto"/>
              <w:jc w:val="center"/>
              <w:rPr>
                <w:rFonts w:hint="eastAsia"/>
                <w:lang w:val="pl-PL"/>
              </w:rPr>
            </w:pPr>
            <w:r w:rsidRPr="00601103">
              <w:rPr>
                <w:b/>
                <w:color w:val="FFFFFF"/>
                <w:lang w:val="pl-PL"/>
              </w:rPr>
              <w:lastRenderedPageBreak/>
              <w:t>Elementarz ważnych słów Miłość</w:t>
            </w:r>
          </w:p>
          <w:p w14:paraId="6CFC94D4"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0E67883" w14:textId="77777777" w:rsidR="006B6354" w:rsidRPr="00601103" w:rsidRDefault="00000000">
            <w:pPr>
              <w:spacing w:line="240" w:lineRule="auto"/>
              <w:jc w:val="center"/>
              <w:rPr>
                <w:rFonts w:hint="eastAsia"/>
                <w:lang w:val="pl-PL"/>
              </w:rPr>
            </w:pPr>
            <w:r w:rsidRPr="00601103">
              <w:rPr>
                <w:b/>
                <w:color w:val="FFFFFF"/>
                <w:lang w:val="pl-PL"/>
              </w:rPr>
              <w:t>Elementarz ważnych słów Spokój</w:t>
            </w:r>
          </w:p>
          <w:p w14:paraId="14A9F7DC"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r>
      <w:tr w:rsidR="006B6354" w:rsidRPr="00601103" w14:paraId="328A152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F8FCC7A" w14:textId="77777777" w:rsidR="006B6354" w:rsidRDefault="00000000">
            <w:pPr>
              <w:jc w:val="center"/>
              <w:rPr>
                <w:rFonts w:hint="eastAsia"/>
              </w:rPr>
            </w:pPr>
            <w:r>
              <w:rPr>
                <w:noProof/>
              </w:rPr>
              <w:drawing>
                <wp:inline distT="0" distB="0" distL="0" distR="0" wp14:anchorId="497F0DBD" wp14:editId="2A3EDCCF">
                  <wp:extent cx="1227600" cy="1227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4"/>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AA44222"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A89D5B6" w14:textId="77777777" w:rsidR="006B6354" w:rsidRDefault="00000000">
            <w:pPr>
              <w:jc w:val="center"/>
              <w:rPr>
                <w:rFonts w:hint="eastAsia"/>
              </w:rPr>
            </w:pPr>
            <w:r>
              <w:rPr>
                <w:noProof/>
              </w:rPr>
              <w:drawing>
                <wp:inline distT="0" distB="0" distL="0" distR="0" wp14:anchorId="48A9C02C" wp14:editId="333E430F">
                  <wp:extent cx="1227600" cy="12276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5"/>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4D88C44"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r>
      <w:tr w:rsidR="006B6354" w14:paraId="093D9C54"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65A23CD" w14:textId="77777777" w:rsidR="006B6354" w:rsidRDefault="00000000">
            <w:pPr>
              <w:rPr>
                <w:rFonts w:hint="eastAsia"/>
              </w:rPr>
            </w:pPr>
            <w:r>
              <w:rPr>
                <w:b/>
                <w:color w:val="0C0C0C"/>
                <w:sz w:val="18"/>
              </w:rPr>
              <w:t>E0093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B1C56DF" w14:textId="77777777" w:rsidR="006B6354" w:rsidRDefault="00000000">
            <w:pPr>
              <w:rPr>
                <w:rFonts w:hint="eastAsia"/>
              </w:rPr>
            </w:pPr>
            <w:r>
              <w:rPr>
                <w:b/>
                <w:color w:val="0C0C0C"/>
                <w:sz w:val="18"/>
              </w:rPr>
              <w:t>E0094</w:t>
            </w:r>
          </w:p>
        </w:tc>
      </w:tr>
      <w:tr w:rsidR="006B6354" w:rsidRPr="00601103" w14:paraId="1003E463"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BA30AF9" w14:textId="77777777" w:rsidR="006B6354" w:rsidRPr="00601103" w:rsidRDefault="00000000">
            <w:pPr>
              <w:spacing w:line="240" w:lineRule="auto"/>
              <w:jc w:val="center"/>
              <w:rPr>
                <w:rFonts w:hint="eastAsia"/>
                <w:lang w:val="pl-PL"/>
              </w:rPr>
            </w:pPr>
            <w:r w:rsidRPr="00601103">
              <w:rPr>
                <w:b/>
                <w:color w:val="FFFFFF"/>
                <w:lang w:val="pl-PL"/>
              </w:rPr>
              <w:t>Elementarz ważnych słów Przyjaźń</w:t>
            </w:r>
          </w:p>
          <w:p w14:paraId="58E8BEBC"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3EA08B0" w14:textId="77777777" w:rsidR="006B6354" w:rsidRPr="00601103" w:rsidRDefault="00000000">
            <w:pPr>
              <w:spacing w:line="240" w:lineRule="auto"/>
              <w:jc w:val="center"/>
              <w:rPr>
                <w:rFonts w:hint="eastAsia"/>
                <w:lang w:val="pl-PL"/>
              </w:rPr>
            </w:pPr>
            <w:r w:rsidRPr="00601103">
              <w:rPr>
                <w:b/>
                <w:color w:val="FFFFFF"/>
                <w:lang w:val="pl-PL"/>
              </w:rPr>
              <w:t>Elementarz ważnych słów Szczęście</w:t>
            </w:r>
          </w:p>
          <w:p w14:paraId="745C3255"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r>
      <w:tr w:rsidR="006B6354" w:rsidRPr="00601103" w14:paraId="4E58ED6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05D6709" w14:textId="77777777" w:rsidR="006B6354" w:rsidRDefault="00000000">
            <w:pPr>
              <w:jc w:val="center"/>
              <w:rPr>
                <w:rFonts w:hint="eastAsia"/>
              </w:rPr>
            </w:pPr>
            <w:r>
              <w:rPr>
                <w:noProof/>
              </w:rPr>
              <w:drawing>
                <wp:inline distT="0" distB="0" distL="0" distR="0" wp14:anchorId="769F5F94" wp14:editId="5B229565">
                  <wp:extent cx="1227600" cy="1227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6"/>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A46792C" w14:textId="77777777" w:rsidR="006B6354" w:rsidRPr="00601103" w:rsidRDefault="00000000">
            <w:pPr>
              <w:spacing w:line="250" w:lineRule="auto"/>
              <w:jc w:val="center"/>
              <w:rPr>
                <w:rFonts w:hint="eastAsia"/>
                <w:lang w:val="pl-PL"/>
              </w:rPr>
            </w:pPr>
            <w:r w:rsidRPr="00601103">
              <w:rPr>
                <w:color w:val="1C1E22"/>
                <w:lang w:val="pl-PL"/>
              </w:rPr>
              <w:t>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CA3499B" w14:textId="77777777" w:rsidR="006B6354" w:rsidRDefault="00000000">
            <w:pPr>
              <w:jc w:val="center"/>
              <w:rPr>
                <w:rFonts w:hint="eastAsia"/>
              </w:rPr>
            </w:pPr>
            <w:r>
              <w:rPr>
                <w:noProof/>
              </w:rPr>
              <w:drawing>
                <wp:inline distT="0" distB="0" distL="0" distR="0" wp14:anchorId="58CA1B6E" wp14:editId="5C8B3FB3">
                  <wp:extent cx="1227600" cy="1227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7"/>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F4B7F21" w14:textId="77777777" w:rsidR="006B6354" w:rsidRPr="00601103" w:rsidRDefault="00000000">
            <w:pPr>
              <w:spacing w:line="250" w:lineRule="auto"/>
              <w:jc w:val="center"/>
              <w:rPr>
                <w:rFonts w:hint="eastAsia"/>
                <w:lang w:val="pl-PL"/>
              </w:rPr>
            </w:pPr>
            <w:r w:rsidRPr="00601103">
              <w:rPr>
                <w:color w:val="1C1E22"/>
                <w:lang w:val="pl-PL"/>
              </w:rPr>
              <w:t>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r>
      <w:tr w:rsidR="006B6354" w14:paraId="629191E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4986F25" w14:textId="77777777" w:rsidR="006B6354" w:rsidRDefault="00000000">
            <w:pPr>
              <w:rPr>
                <w:rFonts w:hint="eastAsia"/>
              </w:rPr>
            </w:pPr>
            <w:r>
              <w:rPr>
                <w:b/>
                <w:color w:val="0C0C0C"/>
                <w:sz w:val="18"/>
              </w:rPr>
              <w:t>E0095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6ECB968" w14:textId="77777777" w:rsidR="006B6354" w:rsidRDefault="00000000">
            <w:pPr>
              <w:rPr>
                <w:rFonts w:hint="eastAsia"/>
              </w:rPr>
            </w:pPr>
            <w:r>
              <w:rPr>
                <w:b/>
                <w:color w:val="0C0C0C"/>
                <w:sz w:val="18"/>
              </w:rPr>
              <w:t>E0096</w:t>
            </w:r>
          </w:p>
        </w:tc>
      </w:tr>
      <w:tr w:rsidR="006B6354" w:rsidRPr="00601103" w14:paraId="06B458D1"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D95C80B" w14:textId="77777777" w:rsidR="006B6354" w:rsidRPr="00601103" w:rsidRDefault="00000000">
            <w:pPr>
              <w:spacing w:line="240" w:lineRule="auto"/>
              <w:jc w:val="center"/>
              <w:rPr>
                <w:rFonts w:hint="eastAsia"/>
                <w:lang w:val="pl-PL"/>
              </w:rPr>
            </w:pPr>
            <w:r w:rsidRPr="00601103">
              <w:rPr>
                <w:b/>
                <w:color w:val="FFFFFF"/>
                <w:lang w:val="pl-PL"/>
              </w:rPr>
              <w:lastRenderedPageBreak/>
              <w:t>Elementarz ważnych słów Zdrowie</w:t>
            </w:r>
          </w:p>
          <w:p w14:paraId="76285803"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4C55B69" w14:textId="77777777" w:rsidR="006B6354" w:rsidRPr="00601103" w:rsidRDefault="00000000">
            <w:pPr>
              <w:spacing w:line="240" w:lineRule="auto"/>
              <w:jc w:val="center"/>
              <w:rPr>
                <w:rFonts w:hint="eastAsia"/>
                <w:lang w:val="pl-PL"/>
              </w:rPr>
            </w:pPr>
            <w:r w:rsidRPr="00601103">
              <w:rPr>
                <w:b/>
                <w:color w:val="FFFFFF"/>
                <w:lang w:val="pl-PL"/>
              </w:rPr>
              <w:t>Elementarz ważnych słów Odwaga</w:t>
            </w:r>
          </w:p>
          <w:p w14:paraId="22508969" w14:textId="77777777" w:rsidR="006B6354" w:rsidRPr="00601103" w:rsidRDefault="00000000">
            <w:pPr>
              <w:spacing w:line="240" w:lineRule="auto"/>
              <w:jc w:val="center"/>
              <w:rPr>
                <w:rFonts w:hint="eastAsia"/>
                <w:lang w:val="pl-PL"/>
              </w:rPr>
            </w:pPr>
            <w:r w:rsidRPr="00601103">
              <w:rPr>
                <w:i/>
                <w:color w:val="F8F0F9"/>
                <w:sz w:val="18"/>
                <w:lang w:val="pl-PL"/>
              </w:rPr>
              <w:t xml:space="preserve">Helen Mortimer, Cristina </w:t>
            </w:r>
            <w:proofErr w:type="spellStart"/>
            <w:r w:rsidRPr="00601103">
              <w:rPr>
                <w:i/>
                <w:color w:val="F8F0F9"/>
                <w:sz w:val="18"/>
                <w:lang w:val="pl-PL"/>
              </w:rPr>
              <w:t>Trapanese</w:t>
            </w:r>
            <w:proofErr w:type="spellEnd"/>
          </w:p>
        </w:tc>
      </w:tr>
      <w:tr w:rsidR="006B6354" w:rsidRPr="00601103" w14:paraId="24D7AC04"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FBFEAF8" w14:textId="77777777" w:rsidR="006B6354" w:rsidRDefault="00000000">
            <w:pPr>
              <w:jc w:val="center"/>
              <w:rPr>
                <w:rFonts w:hint="eastAsia"/>
              </w:rPr>
            </w:pPr>
            <w:r>
              <w:rPr>
                <w:noProof/>
              </w:rPr>
              <w:drawing>
                <wp:inline distT="0" distB="0" distL="0" distR="0" wp14:anchorId="65178FB7" wp14:editId="53F14994">
                  <wp:extent cx="1227600" cy="1227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8"/>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0A609E8"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CD6CCA4" w14:textId="77777777" w:rsidR="006B6354" w:rsidRDefault="00000000">
            <w:pPr>
              <w:jc w:val="center"/>
              <w:rPr>
                <w:rFonts w:hint="eastAsia"/>
              </w:rPr>
            </w:pPr>
            <w:r>
              <w:rPr>
                <w:noProof/>
              </w:rPr>
              <w:drawing>
                <wp:inline distT="0" distB="0" distL="0" distR="0" wp14:anchorId="6AA09465" wp14:editId="2D69DA88">
                  <wp:extent cx="1227600" cy="1227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77594BB" w14:textId="77777777" w:rsidR="006B6354" w:rsidRPr="00601103" w:rsidRDefault="00000000">
            <w:pPr>
              <w:spacing w:line="250" w:lineRule="auto"/>
              <w:jc w:val="center"/>
              <w:rPr>
                <w:rFonts w:hint="eastAsia"/>
                <w:lang w:val="pl-PL"/>
              </w:rPr>
            </w:pPr>
            <w:r w:rsidRPr="00601103">
              <w:rPr>
                <w:color w:val="1C1E22"/>
                <w:sz w:val="20"/>
                <w:lang w:val="pl-PL"/>
              </w:rPr>
              <w:t>Słowa są niezwykle ważnym narzędziem wyrażania siebie i rozumienia świata. Elementarz Ważnych Słów to przyjazna, ilustrowana seria dla przedszkolaków, która wprowadza dzieci w świat Dorosłych Słów. Czasami dzieciom trudno jest zrozumieć, o co chodzi dorosłym, gdy używają abstrakcyjnych pojęć. Książki z tej serii w przyjazny sposób tłumaczą więc, o co chodzi. Budują w ten sposób pewność siebie, zaufanie do języka, umiejętność wyrażania się, kształtują empatię. Pozwalają zrozumieć kwestie, o których tyle mówią dorośli – zdrowie, życzliwość, zaufanie, rozwój.</w:t>
            </w:r>
          </w:p>
        </w:tc>
      </w:tr>
      <w:tr w:rsidR="006B6354" w14:paraId="355294C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0EEE661" w14:textId="77777777" w:rsidR="006B6354" w:rsidRDefault="00000000">
            <w:pPr>
              <w:rPr>
                <w:rFonts w:hint="eastAsia"/>
              </w:rPr>
            </w:pPr>
            <w:r>
              <w:rPr>
                <w:b/>
                <w:color w:val="0C0C0C"/>
                <w:sz w:val="18"/>
              </w:rPr>
              <w:t>E0097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808D14E" w14:textId="77777777" w:rsidR="006B6354" w:rsidRDefault="00000000">
            <w:pPr>
              <w:rPr>
                <w:rFonts w:hint="eastAsia"/>
              </w:rPr>
            </w:pPr>
            <w:r>
              <w:rPr>
                <w:b/>
                <w:color w:val="0C0C0C"/>
                <w:sz w:val="18"/>
              </w:rPr>
              <w:t>E0098</w:t>
            </w:r>
          </w:p>
        </w:tc>
      </w:tr>
      <w:tr w:rsidR="006B6354" w:rsidRPr="00601103" w14:paraId="63B9492A"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C224366" w14:textId="77777777" w:rsidR="006B6354" w:rsidRDefault="00000000">
            <w:pPr>
              <w:spacing w:line="240" w:lineRule="auto"/>
              <w:jc w:val="center"/>
              <w:rPr>
                <w:rFonts w:hint="eastAsia"/>
              </w:rPr>
            </w:pPr>
            <w:proofErr w:type="spellStart"/>
            <w:r>
              <w:rPr>
                <w:b/>
                <w:color w:val="FFFFFF"/>
              </w:rPr>
              <w:t>Sposób</w:t>
            </w:r>
            <w:proofErr w:type="spellEnd"/>
            <w:r>
              <w:rPr>
                <w:b/>
                <w:color w:val="FFFFFF"/>
              </w:rPr>
              <w:t xml:space="preserve"> </w:t>
            </w:r>
            <w:proofErr w:type="spellStart"/>
            <w:r>
              <w:rPr>
                <w:b/>
                <w:color w:val="FFFFFF"/>
              </w:rPr>
              <w:t>na</w:t>
            </w:r>
            <w:proofErr w:type="spellEnd"/>
            <w:r>
              <w:rPr>
                <w:b/>
                <w:color w:val="FFFFFF"/>
              </w:rPr>
              <w:t xml:space="preserve"> </w:t>
            </w:r>
            <w:proofErr w:type="spellStart"/>
            <w:r>
              <w:rPr>
                <w:b/>
                <w:color w:val="FFFFFF"/>
              </w:rPr>
              <w:t>smutek</w:t>
            </w:r>
            <w:proofErr w:type="spellEnd"/>
          </w:p>
          <w:p w14:paraId="0980873C" w14:textId="77777777" w:rsidR="006B6354" w:rsidRDefault="00000000">
            <w:pPr>
              <w:spacing w:line="240" w:lineRule="auto"/>
              <w:jc w:val="center"/>
              <w:rPr>
                <w:rFonts w:hint="eastAsia"/>
              </w:rPr>
            </w:pPr>
            <w:r>
              <w:rPr>
                <w:i/>
                <w:color w:val="F8F0F9"/>
                <w:sz w:val="18"/>
              </w:rPr>
              <w:t>Hallee Adelman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2D0C0D8" w14:textId="77777777" w:rsidR="006B6354" w:rsidRPr="00601103" w:rsidRDefault="00000000">
            <w:pPr>
              <w:spacing w:line="240" w:lineRule="auto"/>
              <w:jc w:val="center"/>
              <w:rPr>
                <w:rFonts w:hint="eastAsia"/>
                <w:lang w:val="pl-PL"/>
              </w:rPr>
            </w:pPr>
            <w:r w:rsidRPr="00601103">
              <w:rPr>
                <w:b/>
                <w:color w:val="FFFFFF"/>
                <w:lang w:val="pl-PL"/>
              </w:rPr>
              <w:t>Sposób na strach</w:t>
            </w:r>
          </w:p>
          <w:p w14:paraId="3D82F337"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Hallee</w:t>
            </w:r>
            <w:proofErr w:type="spellEnd"/>
            <w:r w:rsidRPr="00601103">
              <w:rPr>
                <w:i/>
                <w:color w:val="F8F0F9"/>
                <w:sz w:val="18"/>
                <w:lang w:val="pl-PL"/>
              </w:rPr>
              <w:t xml:space="preserve"> Adelman</w:t>
            </w:r>
          </w:p>
        </w:tc>
      </w:tr>
      <w:tr w:rsidR="006B6354" w:rsidRPr="00601103" w14:paraId="5AE56D7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638B556" w14:textId="77777777" w:rsidR="006B6354" w:rsidRDefault="00000000">
            <w:pPr>
              <w:jc w:val="center"/>
              <w:rPr>
                <w:rFonts w:hint="eastAsia"/>
              </w:rPr>
            </w:pPr>
            <w:r>
              <w:rPr>
                <w:noProof/>
              </w:rPr>
              <w:drawing>
                <wp:inline distT="0" distB="0" distL="0" distR="0" wp14:anchorId="50F16634" wp14:editId="57EAA7B7">
                  <wp:extent cx="1227600" cy="152560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0"/>
                          <a:stretch>
                            <a:fillRect/>
                          </a:stretch>
                        </pic:blipFill>
                        <pic:spPr>
                          <a:xfrm>
                            <a:off x="0" y="0"/>
                            <a:ext cx="1227600" cy="152560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8917F5B" w14:textId="77777777" w:rsidR="006B6354" w:rsidRPr="00601103" w:rsidRDefault="00000000">
            <w:pPr>
              <w:spacing w:line="250" w:lineRule="auto"/>
              <w:jc w:val="center"/>
              <w:rPr>
                <w:rFonts w:hint="eastAsia"/>
                <w:lang w:val="pl-PL"/>
              </w:rPr>
            </w:pPr>
            <w:r w:rsidRPr="00601103">
              <w:rPr>
                <w:color w:val="1C1E22"/>
                <w:sz w:val="22"/>
                <w:lang w:val="pl-PL"/>
              </w:rPr>
              <w:t>i nie będą się już tak często widywać. Ten smutek nie mija nawet wtedy, gdy mama przytula Kubę. Czy znajdzie się jakiś sposób, dzięki któremu Kuba poradzi sobie ze smutkiem? Dzięki tej ciepłej, opartej na bliskich każdemu dziecku doświadczeniach historii dziecko dowie się, jak radzić sobie w trudnych sytuacjach.</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0CF9B1A" w14:textId="77777777" w:rsidR="006B6354" w:rsidRDefault="00000000">
            <w:pPr>
              <w:jc w:val="center"/>
              <w:rPr>
                <w:rFonts w:hint="eastAsia"/>
              </w:rPr>
            </w:pPr>
            <w:r>
              <w:rPr>
                <w:noProof/>
              </w:rPr>
              <w:drawing>
                <wp:inline distT="0" distB="0" distL="0" distR="0" wp14:anchorId="6030F49D" wp14:editId="512522C5">
                  <wp:extent cx="1227600" cy="152560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227600" cy="152560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77E1482" w14:textId="77777777" w:rsidR="006B6354" w:rsidRPr="00601103" w:rsidRDefault="00000000">
            <w:pPr>
              <w:spacing w:line="250" w:lineRule="auto"/>
              <w:jc w:val="center"/>
              <w:rPr>
                <w:rFonts w:hint="eastAsia"/>
                <w:lang w:val="pl-PL"/>
              </w:rPr>
            </w:pPr>
            <w:r w:rsidRPr="00601103">
              <w:rPr>
                <w:color w:val="1C1E22"/>
                <w:sz w:val="22"/>
                <w:lang w:val="pl-PL"/>
              </w:rPr>
              <w:t>i się schować. Mają dziś z Sarą nocować u dziadków. To świetny plan! Ale wszystko psuje gwałtowna burza. Wiatr wieje tak, że szyby dzwonią, trzaskają pioruny i błyskawice przecinają niebo. Do tego nagle gaśnie światło! Co zrobi Oskar, żeby poradzić sobie ze strachem, zanim znowu wyjdzie słońce?</w:t>
            </w:r>
          </w:p>
        </w:tc>
      </w:tr>
      <w:tr w:rsidR="006B6354" w14:paraId="71C32AE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EA4FE1E" w14:textId="77777777" w:rsidR="006B6354" w:rsidRDefault="00000000">
            <w:pPr>
              <w:rPr>
                <w:rFonts w:hint="eastAsia"/>
              </w:rPr>
            </w:pPr>
            <w:r>
              <w:rPr>
                <w:b/>
                <w:color w:val="0C0C0C"/>
                <w:sz w:val="18"/>
              </w:rPr>
              <w:t>E0099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AB58BDC" w14:textId="77777777" w:rsidR="006B6354" w:rsidRDefault="00000000">
            <w:pPr>
              <w:rPr>
                <w:rFonts w:hint="eastAsia"/>
              </w:rPr>
            </w:pPr>
            <w:r>
              <w:rPr>
                <w:b/>
                <w:color w:val="0C0C0C"/>
                <w:sz w:val="18"/>
              </w:rPr>
              <w:t>E0100</w:t>
            </w:r>
          </w:p>
        </w:tc>
      </w:tr>
      <w:tr w:rsidR="006B6354" w:rsidRPr="00601103" w14:paraId="0D8524A9"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2650A44" w14:textId="77777777" w:rsidR="006B6354" w:rsidRPr="00601103" w:rsidRDefault="00000000">
            <w:pPr>
              <w:spacing w:line="240" w:lineRule="auto"/>
              <w:jc w:val="center"/>
              <w:rPr>
                <w:rFonts w:hint="eastAsia"/>
                <w:lang w:val="pl-PL"/>
              </w:rPr>
            </w:pPr>
            <w:r w:rsidRPr="00601103">
              <w:rPr>
                <w:b/>
                <w:color w:val="FFFFFF"/>
                <w:lang w:val="pl-PL"/>
              </w:rPr>
              <w:lastRenderedPageBreak/>
              <w:t>Sposób na samotność</w:t>
            </w:r>
          </w:p>
          <w:p w14:paraId="5947D0E2"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Hallee</w:t>
            </w:r>
            <w:proofErr w:type="spellEnd"/>
            <w:r w:rsidRPr="00601103">
              <w:rPr>
                <w:i/>
                <w:color w:val="F8F0F9"/>
                <w:sz w:val="18"/>
                <w:lang w:val="pl-PL"/>
              </w:rPr>
              <w:t xml:space="preserve"> Adelman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3254372" w14:textId="77777777" w:rsidR="006B6354" w:rsidRPr="00601103" w:rsidRDefault="00000000">
            <w:pPr>
              <w:spacing w:line="240" w:lineRule="auto"/>
              <w:jc w:val="center"/>
              <w:rPr>
                <w:rFonts w:hint="eastAsia"/>
                <w:lang w:val="pl-PL"/>
              </w:rPr>
            </w:pPr>
            <w:r w:rsidRPr="00601103">
              <w:rPr>
                <w:b/>
                <w:color w:val="FFFFFF"/>
                <w:lang w:val="pl-PL"/>
              </w:rPr>
              <w:t>Sposób na zmartwienie</w:t>
            </w:r>
          </w:p>
          <w:p w14:paraId="379941FC"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Hallee</w:t>
            </w:r>
            <w:proofErr w:type="spellEnd"/>
            <w:r w:rsidRPr="00601103">
              <w:rPr>
                <w:i/>
                <w:color w:val="F8F0F9"/>
                <w:sz w:val="18"/>
                <w:lang w:val="pl-PL"/>
              </w:rPr>
              <w:t xml:space="preserve"> Adelman</w:t>
            </w:r>
          </w:p>
        </w:tc>
      </w:tr>
      <w:tr w:rsidR="006B6354" w:rsidRPr="00601103" w14:paraId="0705EBCB"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7DC1F24" w14:textId="77777777" w:rsidR="006B6354" w:rsidRDefault="00000000">
            <w:pPr>
              <w:jc w:val="center"/>
              <w:rPr>
                <w:rFonts w:hint="eastAsia"/>
              </w:rPr>
            </w:pPr>
            <w:r>
              <w:rPr>
                <w:noProof/>
              </w:rPr>
              <w:drawing>
                <wp:inline distT="0" distB="0" distL="0" distR="0" wp14:anchorId="18B3C373" wp14:editId="435DCB20">
                  <wp:extent cx="1227600" cy="1525604"/>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2"/>
                          <a:stretch>
                            <a:fillRect/>
                          </a:stretch>
                        </pic:blipFill>
                        <pic:spPr>
                          <a:xfrm>
                            <a:off x="0" y="0"/>
                            <a:ext cx="1227600" cy="152560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2A3874F" w14:textId="77777777" w:rsidR="006B6354" w:rsidRDefault="00000000">
            <w:pPr>
              <w:spacing w:line="250" w:lineRule="auto"/>
              <w:jc w:val="center"/>
              <w:rPr>
                <w:rFonts w:hint="eastAsia"/>
              </w:rPr>
            </w:pPr>
            <w:r w:rsidRPr="00601103">
              <w:rPr>
                <w:color w:val="1C1E22"/>
                <w:sz w:val="22"/>
                <w:lang w:val="pl-PL"/>
              </w:rPr>
              <w:t xml:space="preserve">Maja czuje się samotna. Jej przyjaciele nie mogą wyjść się z nią pobawić. Mama jest zajęta, brat nie potrzebuje pomocy, nawet pies gdzieś pobiegł. A dzieci na placu zabaw zdają się Mai nie zauważać. Samej nie jest fajnie. Chociaż… Może można być swoją własną przyjaciółką? </w:t>
            </w:r>
            <w:proofErr w:type="spellStart"/>
            <w:r>
              <w:rPr>
                <w:color w:val="1C1E22"/>
                <w:sz w:val="22"/>
              </w:rPr>
              <w:t>Czy</w:t>
            </w:r>
            <w:proofErr w:type="spellEnd"/>
            <w:r>
              <w:rPr>
                <w:color w:val="1C1E22"/>
                <w:sz w:val="22"/>
              </w:rPr>
              <w:t xml:space="preserve"> to </w:t>
            </w:r>
            <w:proofErr w:type="spellStart"/>
            <w:r>
              <w:rPr>
                <w:color w:val="1C1E22"/>
                <w:sz w:val="22"/>
              </w:rPr>
              <w:t>dobry</w:t>
            </w:r>
            <w:proofErr w:type="spellEnd"/>
            <w:r>
              <w:rPr>
                <w:color w:val="1C1E22"/>
                <w:sz w:val="22"/>
              </w:rPr>
              <w:t xml:space="preserve"> </w:t>
            </w:r>
            <w:proofErr w:type="spellStart"/>
            <w:r>
              <w:rPr>
                <w:color w:val="1C1E22"/>
                <w:sz w:val="22"/>
              </w:rPr>
              <w:t>sposób</w:t>
            </w:r>
            <w:proofErr w:type="spellEnd"/>
            <w:r>
              <w:rPr>
                <w:color w:val="1C1E22"/>
                <w:sz w:val="22"/>
              </w:rPr>
              <w:t xml:space="preserve"> na samotność?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68ADCBB" w14:textId="77777777" w:rsidR="006B6354" w:rsidRDefault="00000000">
            <w:pPr>
              <w:jc w:val="center"/>
              <w:rPr>
                <w:rFonts w:hint="eastAsia"/>
              </w:rPr>
            </w:pPr>
            <w:r>
              <w:rPr>
                <w:noProof/>
              </w:rPr>
              <w:drawing>
                <wp:inline distT="0" distB="0" distL="0" distR="0" wp14:anchorId="004654E2" wp14:editId="253315CE">
                  <wp:extent cx="1227600" cy="152560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3"/>
                          <a:stretch>
                            <a:fillRect/>
                          </a:stretch>
                        </pic:blipFill>
                        <pic:spPr>
                          <a:xfrm>
                            <a:off x="0" y="0"/>
                            <a:ext cx="1227600" cy="152560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842D584" w14:textId="77777777" w:rsidR="006B6354" w:rsidRPr="00601103" w:rsidRDefault="00000000">
            <w:pPr>
              <w:spacing w:line="250" w:lineRule="auto"/>
              <w:jc w:val="center"/>
              <w:rPr>
                <w:rFonts w:hint="eastAsia"/>
                <w:lang w:val="pl-PL"/>
              </w:rPr>
            </w:pPr>
            <w:r w:rsidRPr="00601103">
              <w:rPr>
                <w:color w:val="1C1E22"/>
                <w:sz w:val="22"/>
                <w:lang w:val="pl-PL"/>
              </w:rPr>
              <w:t>Bartek się martwi. Martwi się jak nie wiem co, serce mu wali, a myśli szaleją. Dziś jest przyjęcie superbohaterów u jego kolegi Emila, a on idzie na nie całkiem sam. Co będzie, jak wszyscy będą się z niego śmiać? Co będzie, jak nikt nie będzie się z nim bawił? Bartek nie czuje się superbohaterem, ale… może uda mu się przestać martwić, bez niczyjej pomocy?</w:t>
            </w:r>
          </w:p>
        </w:tc>
      </w:tr>
      <w:tr w:rsidR="006B6354" w14:paraId="0846B35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9337F20" w14:textId="77777777" w:rsidR="006B6354" w:rsidRDefault="00000000">
            <w:pPr>
              <w:rPr>
                <w:rFonts w:hint="eastAsia"/>
              </w:rPr>
            </w:pPr>
            <w:r>
              <w:rPr>
                <w:b/>
                <w:color w:val="0C0C0C"/>
                <w:sz w:val="18"/>
              </w:rPr>
              <w:t>E0101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7A0A0D4" w14:textId="77777777" w:rsidR="006B6354" w:rsidRDefault="00000000">
            <w:pPr>
              <w:rPr>
                <w:rFonts w:hint="eastAsia"/>
              </w:rPr>
            </w:pPr>
            <w:r>
              <w:rPr>
                <w:b/>
                <w:color w:val="0C0C0C"/>
                <w:sz w:val="18"/>
              </w:rPr>
              <w:t>E0102</w:t>
            </w:r>
          </w:p>
        </w:tc>
      </w:tr>
      <w:tr w:rsidR="006B6354" w:rsidRPr="00601103" w14:paraId="41593A29"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B59FD26" w14:textId="77777777" w:rsidR="006B6354" w:rsidRPr="00601103" w:rsidRDefault="00000000">
            <w:pPr>
              <w:spacing w:line="240" w:lineRule="auto"/>
              <w:jc w:val="center"/>
              <w:rPr>
                <w:rFonts w:hint="eastAsia"/>
                <w:lang w:val="pl-PL"/>
              </w:rPr>
            </w:pPr>
            <w:r w:rsidRPr="00601103">
              <w:rPr>
                <w:b/>
                <w:color w:val="FFFFFF"/>
                <w:lang w:val="pl-PL"/>
              </w:rPr>
              <w:t>Sposób na zazdrość</w:t>
            </w:r>
          </w:p>
          <w:p w14:paraId="665162A9"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Hallee</w:t>
            </w:r>
            <w:proofErr w:type="spellEnd"/>
            <w:r w:rsidRPr="00601103">
              <w:rPr>
                <w:i/>
                <w:color w:val="F8F0F9"/>
                <w:sz w:val="18"/>
                <w:lang w:val="pl-PL"/>
              </w:rPr>
              <w:t xml:space="preserve"> Adelman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B42CEA6" w14:textId="77777777" w:rsidR="006B6354" w:rsidRPr="00601103" w:rsidRDefault="00000000">
            <w:pPr>
              <w:spacing w:line="240" w:lineRule="auto"/>
              <w:jc w:val="center"/>
              <w:rPr>
                <w:rFonts w:hint="eastAsia"/>
                <w:lang w:val="pl-PL"/>
              </w:rPr>
            </w:pPr>
            <w:r w:rsidRPr="00601103">
              <w:rPr>
                <w:b/>
                <w:color w:val="FFFFFF"/>
                <w:lang w:val="pl-PL"/>
              </w:rPr>
              <w:t>Czasem się złoszczę</w:t>
            </w:r>
          </w:p>
          <w:p w14:paraId="2CFEADAB"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Begona</w:t>
            </w:r>
            <w:proofErr w:type="spellEnd"/>
            <w:r w:rsidRPr="00601103">
              <w:rPr>
                <w:i/>
                <w:color w:val="F8F0F9"/>
                <w:sz w:val="18"/>
                <w:lang w:val="pl-PL"/>
              </w:rPr>
              <w:t xml:space="preserve"> </w:t>
            </w:r>
            <w:proofErr w:type="spellStart"/>
            <w:r w:rsidRPr="00601103">
              <w:rPr>
                <w:i/>
                <w:color w:val="F8F0F9"/>
                <w:sz w:val="18"/>
                <w:lang w:val="pl-PL"/>
              </w:rPr>
              <w:t>Ibrrola</w:t>
            </w:r>
            <w:proofErr w:type="spellEnd"/>
          </w:p>
        </w:tc>
      </w:tr>
      <w:tr w:rsidR="006B6354" w:rsidRPr="00601103" w14:paraId="32F5E8B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71903D9" w14:textId="77777777" w:rsidR="006B6354" w:rsidRDefault="00000000">
            <w:pPr>
              <w:jc w:val="center"/>
              <w:rPr>
                <w:rFonts w:hint="eastAsia"/>
              </w:rPr>
            </w:pPr>
            <w:r>
              <w:rPr>
                <w:noProof/>
              </w:rPr>
              <w:drawing>
                <wp:inline distT="0" distB="0" distL="0" distR="0" wp14:anchorId="33D8400D" wp14:editId="0A1E0E24">
                  <wp:extent cx="1227600" cy="152560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4"/>
                          <a:stretch>
                            <a:fillRect/>
                          </a:stretch>
                        </pic:blipFill>
                        <pic:spPr>
                          <a:xfrm>
                            <a:off x="0" y="0"/>
                            <a:ext cx="1227600" cy="1525604"/>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5B56437" w14:textId="77777777" w:rsidR="006B6354" w:rsidRPr="00601103" w:rsidRDefault="00000000">
            <w:pPr>
              <w:spacing w:line="250" w:lineRule="auto"/>
              <w:jc w:val="center"/>
              <w:rPr>
                <w:rFonts w:hint="eastAsia"/>
                <w:lang w:val="pl-PL"/>
              </w:rPr>
            </w:pPr>
            <w:r w:rsidRPr="00601103">
              <w:rPr>
                <w:color w:val="1C1E22"/>
                <w:lang w:val="pl-PL"/>
              </w:rPr>
              <w:t>utalentowaną koleżankę. Zuzia jest zazdrosna. Ta zazdrość rośnie i pochłania Zuzię. Czy Zuzi uda się poradzić sobie z tym uczuciem? Oparta na bliskich każdemu dziecku doświadczeniach historia pokazuje, skąd może brać się zazdrość, jak wpływa na nas i na naszych najbliższych, a także – jak sobie z nią poradzić. Dzieci nauczą się z niej też, że warto przyznawać się do błędów.</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AD2574B" w14:textId="77777777" w:rsidR="006B6354" w:rsidRDefault="00000000">
            <w:pPr>
              <w:jc w:val="center"/>
              <w:rPr>
                <w:rFonts w:hint="eastAsia"/>
              </w:rPr>
            </w:pPr>
            <w:r>
              <w:rPr>
                <w:noProof/>
              </w:rPr>
              <w:drawing>
                <wp:inline distT="0" distB="0" distL="0" distR="0" wp14:anchorId="3E111F45" wp14:editId="31E969A4">
                  <wp:extent cx="1227600" cy="163082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5"/>
                          <a:stretch>
                            <a:fillRect/>
                          </a:stretch>
                        </pic:blipFill>
                        <pic:spPr>
                          <a:xfrm>
                            <a:off x="0" y="0"/>
                            <a:ext cx="1227600" cy="1630826"/>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26B8C65" w14:textId="77777777" w:rsidR="006B6354" w:rsidRPr="00601103" w:rsidRDefault="00000000">
            <w:pPr>
              <w:spacing w:line="250" w:lineRule="auto"/>
              <w:jc w:val="center"/>
              <w:rPr>
                <w:rFonts w:hint="eastAsia"/>
                <w:lang w:val="pl-PL"/>
              </w:rPr>
            </w:pPr>
            <w:r w:rsidRPr="00601103">
              <w:rPr>
                <w:color w:val="1C1E22"/>
                <w:sz w:val="22"/>
                <w:lang w:val="pl-PL"/>
              </w:rPr>
              <w:t>sposobu na opanowanie zdenerwowania i pozbycie się złych emocji. Przeczytajcie opowiadania, a ich bohaterowie podzielą się z wami swoimi sekretami i sposobami radzenia sobie ze złością.</w:t>
            </w:r>
          </w:p>
        </w:tc>
      </w:tr>
      <w:tr w:rsidR="006B6354" w14:paraId="06A0620F"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EED8F25" w14:textId="77777777" w:rsidR="006B6354" w:rsidRDefault="00000000">
            <w:pPr>
              <w:rPr>
                <w:rFonts w:hint="eastAsia"/>
              </w:rPr>
            </w:pPr>
            <w:r>
              <w:rPr>
                <w:b/>
                <w:color w:val="0C0C0C"/>
                <w:sz w:val="18"/>
              </w:rPr>
              <w:t>E0103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A99500A" w14:textId="77777777" w:rsidR="006B6354" w:rsidRDefault="00000000">
            <w:pPr>
              <w:rPr>
                <w:rFonts w:hint="eastAsia"/>
              </w:rPr>
            </w:pPr>
            <w:r>
              <w:rPr>
                <w:b/>
                <w:color w:val="0C0C0C"/>
                <w:sz w:val="18"/>
              </w:rPr>
              <w:t>E0104</w:t>
            </w:r>
          </w:p>
        </w:tc>
      </w:tr>
      <w:tr w:rsidR="006B6354" w14:paraId="460655C5"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60B1BEB3" w14:textId="77777777" w:rsidR="006B6354" w:rsidRDefault="00000000">
            <w:pPr>
              <w:spacing w:line="240" w:lineRule="auto"/>
              <w:jc w:val="center"/>
              <w:rPr>
                <w:rFonts w:hint="eastAsia"/>
              </w:rPr>
            </w:pPr>
            <w:proofErr w:type="spellStart"/>
            <w:r>
              <w:rPr>
                <w:b/>
                <w:color w:val="FFFFFF"/>
              </w:rPr>
              <w:lastRenderedPageBreak/>
              <w:t>Wojna</w:t>
            </w:r>
            <w:proofErr w:type="spellEnd"/>
            <w:r>
              <w:rPr>
                <w:b/>
                <w:color w:val="FFFFFF"/>
              </w:rPr>
              <w:t xml:space="preserve"> </w:t>
            </w:r>
            <w:proofErr w:type="spellStart"/>
            <w:r>
              <w:rPr>
                <w:b/>
                <w:color w:val="FFFFFF"/>
              </w:rPr>
              <w:t>liczb</w:t>
            </w:r>
            <w:proofErr w:type="spellEnd"/>
            <w:r>
              <w:rPr>
                <w:b/>
                <w:color w:val="FFFFFF"/>
              </w:rPr>
              <w:t>.</w:t>
            </w:r>
          </w:p>
          <w:p w14:paraId="1DEDCEE4" w14:textId="77777777" w:rsidR="006B6354" w:rsidRDefault="00000000">
            <w:pPr>
              <w:spacing w:line="240" w:lineRule="auto"/>
              <w:jc w:val="center"/>
              <w:rPr>
                <w:rFonts w:hint="eastAsia"/>
              </w:rPr>
            </w:pPr>
            <w:r>
              <w:rPr>
                <w:i/>
                <w:color w:val="F8F0F9"/>
                <w:sz w:val="18"/>
              </w:rPr>
              <w:t>Juan Darien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4726CFF4" w14:textId="77777777" w:rsidR="006B6354" w:rsidRDefault="00000000">
            <w:pPr>
              <w:spacing w:line="240" w:lineRule="auto"/>
              <w:jc w:val="center"/>
              <w:rPr>
                <w:rFonts w:hint="eastAsia"/>
              </w:rPr>
            </w:pPr>
            <w:r>
              <w:rPr>
                <w:b/>
                <w:color w:val="FFFFFF"/>
              </w:rPr>
              <w:t>Księga dinozaurów.</w:t>
            </w:r>
          </w:p>
          <w:p w14:paraId="3704964A" w14:textId="77777777" w:rsidR="006B6354" w:rsidRDefault="00000000">
            <w:pPr>
              <w:spacing w:line="240" w:lineRule="auto"/>
              <w:jc w:val="center"/>
              <w:rPr>
                <w:rFonts w:hint="eastAsia"/>
              </w:rPr>
            </w:pPr>
            <w:r>
              <w:rPr>
                <w:i/>
                <w:color w:val="F8F0F9"/>
                <w:sz w:val="18"/>
              </w:rPr>
              <w:t>Emma Yarlett</w:t>
            </w:r>
          </w:p>
        </w:tc>
      </w:tr>
      <w:tr w:rsidR="006B6354" w:rsidRPr="00601103" w14:paraId="78594A6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C154BF1" w14:textId="77777777" w:rsidR="006B6354" w:rsidRDefault="00000000">
            <w:pPr>
              <w:jc w:val="center"/>
              <w:rPr>
                <w:rFonts w:hint="eastAsia"/>
              </w:rPr>
            </w:pPr>
            <w:r>
              <w:rPr>
                <w:noProof/>
              </w:rPr>
              <w:drawing>
                <wp:inline distT="0" distB="0" distL="0" distR="0" wp14:anchorId="62868EAB" wp14:editId="5F1C2B02">
                  <wp:extent cx="1227600" cy="1227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6"/>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80F5389" w14:textId="77777777" w:rsidR="006B6354" w:rsidRPr="00601103" w:rsidRDefault="00000000">
            <w:pPr>
              <w:spacing w:line="250" w:lineRule="auto"/>
              <w:jc w:val="center"/>
              <w:rPr>
                <w:rFonts w:hint="eastAsia"/>
                <w:lang w:val="pl-PL"/>
              </w:rPr>
            </w:pPr>
            <w:r w:rsidRPr="00601103">
              <w:rPr>
                <w:color w:val="1C1E22"/>
                <w:lang w:val="pl-PL"/>
              </w:rPr>
              <w:t xml:space="preserve">Juan </w:t>
            </w:r>
            <w:proofErr w:type="spellStart"/>
            <w:r w:rsidRPr="00601103">
              <w:rPr>
                <w:color w:val="1C1E22"/>
                <w:lang w:val="pl-PL"/>
              </w:rPr>
              <w:t>Darién</w:t>
            </w:r>
            <w:proofErr w:type="spellEnd"/>
            <w:r w:rsidRPr="00601103">
              <w:rPr>
                <w:color w:val="1C1E22"/>
                <w:lang w:val="pl-PL"/>
              </w:rPr>
              <w:t xml:space="preserve"> pokazuje szaleństwo wojny wykorzystując symbolikę działania matematycznego (odejmowania). W ten sposób udaje mu się stworzyć obrazowy manifest pacyfistyczny dla najmłodszych, a przy okazji zainteresować postawami matematyki. Metaforyczna Wojna liczb falsyfikuje fałszywe przekonanie, że wszystko, co inne stanowi zagrożenie, nawołuje do tolerancji i poszanowania prawa do wolności.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F0499B1" w14:textId="77777777" w:rsidR="006B6354" w:rsidRDefault="00000000">
            <w:pPr>
              <w:jc w:val="center"/>
              <w:rPr>
                <w:rFonts w:hint="eastAsia"/>
              </w:rPr>
            </w:pPr>
            <w:r>
              <w:rPr>
                <w:noProof/>
              </w:rPr>
              <w:drawing>
                <wp:inline distT="0" distB="0" distL="0" distR="0" wp14:anchorId="56AAD35A" wp14:editId="727B058D">
                  <wp:extent cx="1227600" cy="1404871"/>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7"/>
                          <a:stretch>
                            <a:fillRect/>
                          </a:stretch>
                        </pic:blipFill>
                        <pic:spPr>
                          <a:xfrm>
                            <a:off x="0" y="0"/>
                            <a:ext cx="1227600" cy="140487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E88FCDB" w14:textId="77777777" w:rsidR="006B6354" w:rsidRPr="00601103" w:rsidRDefault="00000000">
            <w:pPr>
              <w:spacing w:line="250" w:lineRule="auto"/>
              <w:jc w:val="center"/>
              <w:rPr>
                <w:rFonts w:hint="eastAsia"/>
                <w:lang w:val="pl-PL"/>
              </w:rPr>
            </w:pPr>
            <w:r w:rsidRPr="00601103">
              <w:rPr>
                <w:color w:val="1C1E22"/>
                <w:sz w:val="22"/>
                <w:lang w:val="pl-PL"/>
              </w:rPr>
              <w:t>Gryzak to bardzo niegrzeczny potworek, który wprost uwielbia żuć, chrupać i zatapiać ząbki we wszystkim, co znajdzie się w jego zasięgu! W każdej części swoich przygód wygryza sobie drogę ze swojej książki do innych opowieści. Czy uda ci się go złapać i umieścić z powrotem w jego historii?</w:t>
            </w:r>
          </w:p>
        </w:tc>
      </w:tr>
      <w:tr w:rsidR="006B6354" w14:paraId="19FC9419"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48934E1" w14:textId="77777777" w:rsidR="006B6354" w:rsidRDefault="00000000">
            <w:pPr>
              <w:rPr>
                <w:rFonts w:hint="eastAsia"/>
              </w:rPr>
            </w:pPr>
            <w:r>
              <w:rPr>
                <w:b/>
                <w:color w:val="0C0C0C"/>
                <w:sz w:val="18"/>
              </w:rPr>
              <w:t>N0012</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EBE6A30" w14:textId="77777777" w:rsidR="006B6354" w:rsidRDefault="00000000">
            <w:pPr>
              <w:rPr>
                <w:rFonts w:hint="eastAsia"/>
              </w:rPr>
            </w:pPr>
            <w:r>
              <w:rPr>
                <w:b/>
                <w:color w:val="0C0C0C"/>
                <w:sz w:val="18"/>
              </w:rPr>
              <w:t>N0013</w:t>
            </w:r>
          </w:p>
        </w:tc>
      </w:tr>
      <w:tr w:rsidR="006B6354" w14:paraId="3AC85AF6"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09CA42DA" w14:textId="77777777" w:rsidR="006B6354" w:rsidRPr="00601103" w:rsidRDefault="00000000">
            <w:pPr>
              <w:spacing w:line="240" w:lineRule="auto"/>
              <w:jc w:val="center"/>
              <w:rPr>
                <w:rFonts w:hint="eastAsia"/>
                <w:lang w:val="pl-PL"/>
              </w:rPr>
            </w:pPr>
            <w:r w:rsidRPr="00601103">
              <w:rPr>
                <w:b/>
                <w:color w:val="FFFFFF"/>
                <w:lang w:val="pl-PL"/>
              </w:rPr>
              <w:t xml:space="preserve">Dzieci z ulicy </w:t>
            </w:r>
            <w:proofErr w:type="gramStart"/>
            <w:r w:rsidRPr="00601103">
              <w:rPr>
                <w:b/>
                <w:color w:val="FFFFFF"/>
                <w:lang w:val="pl-PL"/>
              </w:rPr>
              <w:t>Tulipanowej</w:t>
            </w:r>
            <w:proofErr w:type="gramEnd"/>
            <w:r w:rsidRPr="00601103">
              <w:rPr>
                <w:b/>
                <w:color w:val="FFFFFF"/>
                <w:lang w:val="pl-PL"/>
              </w:rPr>
              <w:t xml:space="preserve"> czyli prawa małych i dużych.</w:t>
            </w:r>
          </w:p>
          <w:p w14:paraId="2F73486A" w14:textId="77777777" w:rsidR="006B6354" w:rsidRDefault="00000000">
            <w:pPr>
              <w:spacing w:line="240" w:lineRule="auto"/>
              <w:jc w:val="center"/>
              <w:rPr>
                <w:rFonts w:hint="eastAsia"/>
              </w:rPr>
            </w:pPr>
            <w:r>
              <w:rPr>
                <w:i/>
                <w:color w:val="F8F0F9"/>
                <w:sz w:val="18"/>
              </w:rPr>
              <w:t>Joanna Krzyżanek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74ADCC38" w14:textId="77777777" w:rsidR="006B6354" w:rsidRPr="00601103" w:rsidRDefault="00000000">
            <w:pPr>
              <w:spacing w:line="240" w:lineRule="auto"/>
              <w:jc w:val="center"/>
              <w:rPr>
                <w:rFonts w:hint="eastAsia"/>
                <w:lang w:val="pl-PL"/>
              </w:rPr>
            </w:pPr>
            <w:r w:rsidRPr="00601103">
              <w:rPr>
                <w:b/>
                <w:color w:val="FFFFFF"/>
                <w:lang w:val="pl-PL"/>
              </w:rPr>
              <w:t>Jak przetrwasz mroźną zimę kopciuszku?</w:t>
            </w:r>
          </w:p>
          <w:p w14:paraId="4A8065A5" w14:textId="77777777" w:rsidR="006B6354" w:rsidRDefault="00000000">
            <w:pPr>
              <w:spacing w:line="240" w:lineRule="auto"/>
              <w:jc w:val="center"/>
              <w:rPr>
                <w:rFonts w:hint="eastAsia"/>
              </w:rPr>
            </w:pPr>
            <w:r>
              <w:rPr>
                <w:i/>
                <w:color w:val="F8F0F9"/>
                <w:sz w:val="18"/>
              </w:rPr>
              <w:t>Anne Moller</w:t>
            </w:r>
          </w:p>
        </w:tc>
      </w:tr>
      <w:tr w:rsidR="006B6354" w:rsidRPr="00601103" w14:paraId="1973DE78"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356580C" w14:textId="77777777" w:rsidR="006B6354" w:rsidRDefault="00000000">
            <w:pPr>
              <w:jc w:val="center"/>
              <w:rPr>
                <w:rFonts w:hint="eastAsia"/>
              </w:rPr>
            </w:pPr>
            <w:r>
              <w:rPr>
                <w:noProof/>
              </w:rPr>
              <w:drawing>
                <wp:inline distT="0" distB="0" distL="0" distR="0" wp14:anchorId="7490D49A" wp14:editId="733904D0">
                  <wp:extent cx="1227600" cy="128542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8"/>
                          <a:stretch>
                            <a:fillRect/>
                          </a:stretch>
                        </pic:blipFill>
                        <pic:spPr>
                          <a:xfrm>
                            <a:off x="0" y="0"/>
                            <a:ext cx="1227600" cy="1285422"/>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27CA58B" w14:textId="77777777" w:rsidR="006B6354" w:rsidRDefault="00000000">
            <w:pPr>
              <w:spacing w:line="250" w:lineRule="auto"/>
              <w:jc w:val="center"/>
              <w:rPr>
                <w:rFonts w:hint="eastAsia"/>
              </w:rPr>
            </w:pPr>
            <w:r w:rsidRPr="00601103">
              <w:rPr>
                <w:color w:val="1C1E22"/>
                <w:lang w:val="pl-PL"/>
              </w:rPr>
              <w:t xml:space="preserve">Tulipanowej: Tosi Malinowskiej, Antosiu </w:t>
            </w:r>
            <w:proofErr w:type="spellStart"/>
            <w:r w:rsidRPr="00601103">
              <w:rPr>
                <w:color w:val="1C1E22"/>
                <w:lang w:val="pl-PL"/>
              </w:rPr>
              <w:t>Psztylu</w:t>
            </w:r>
            <w:proofErr w:type="spellEnd"/>
            <w:r w:rsidRPr="00601103">
              <w:rPr>
                <w:color w:val="1C1E22"/>
                <w:lang w:val="pl-PL"/>
              </w:rPr>
              <w:t xml:space="preserve">, Filipie </w:t>
            </w:r>
            <w:proofErr w:type="spellStart"/>
            <w:r w:rsidRPr="00601103">
              <w:rPr>
                <w:color w:val="1C1E22"/>
                <w:lang w:val="pl-PL"/>
              </w:rPr>
              <w:t>Fąferku</w:t>
            </w:r>
            <w:proofErr w:type="spellEnd"/>
            <w:r w:rsidRPr="00601103">
              <w:rPr>
                <w:color w:val="1C1E22"/>
                <w:lang w:val="pl-PL"/>
              </w:rPr>
              <w:t xml:space="preserve">, Zosi Szafarskiej i Franciszce Ptasińskiej. I o tym, że to dobrze, że różnimy się między sobą. Co by było, gdyby na świecie wszyscy lubili jeść agrestowe ciasto, jeździć na rowerze, szyć z gałganków lalki i króliczki z bardzo długimi uszami, nosić sukienki oraz filcowe kapelusiki? </w:t>
            </w:r>
            <w:r>
              <w:rPr>
                <w:color w:val="1C1E22"/>
              </w:rPr>
              <w:t xml:space="preserve">I </w:t>
            </w:r>
            <w:proofErr w:type="spellStart"/>
            <w:r>
              <w:rPr>
                <w:color w:val="1C1E22"/>
              </w:rPr>
              <w:t>wszyscy</w:t>
            </w:r>
            <w:proofErr w:type="spellEnd"/>
            <w:r>
              <w:rPr>
                <w:color w:val="1C1E22"/>
              </w:rPr>
              <w:t xml:space="preserve"> </w:t>
            </w:r>
            <w:proofErr w:type="spellStart"/>
            <w:r>
              <w:rPr>
                <w:color w:val="1C1E22"/>
              </w:rPr>
              <w:t>wyglądaliby</w:t>
            </w:r>
            <w:proofErr w:type="spellEnd"/>
            <w:r>
              <w:rPr>
                <w:color w:val="1C1E22"/>
              </w:rPr>
              <w:t xml:space="preserve"> </w:t>
            </w:r>
            <w:proofErr w:type="spellStart"/>
            <w:r>
              <w:rPr>
                <w:color w:val="1C1E22"/>
              </w:rPr>
              <w:t>tak</w:t>
            </w:r>
            <w:proofErr w:type="spellEnd"/>
            <w:r>
              <w:rPr>
                <w:color w:val="1C1E22"/>
              </w:rPr>
              <w:t xml:space="preserve"> samo?</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2E78F86" w14:textId="77777777" w:rsidR="006B6354" w:rsidRDefault="00000000">
            <w:pPr>
              <w:jc w:val="center"/>
              <w:rPr>
                <w:rFonts w:hint="eastAsia"/>
              </w:rPr>
            </w:pPr>
            <w:r>
              <w:rPr>
                <w:noProof/>
              </w:rPr>
              <w:drawing>
                <wp:inline distT="0" distB="0" distL="0" distR="0" wp14:anchorId="6D7A9CEA" wp14:editId="13E2B8DE">
                  <wp:extent cx="1227600" cy="1743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9"/>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879F334" w14:textId="77777777" w:rsidR="006B6354" w:rsidRPr="00601103" w:rsidRDefault="00000000">
            <w:pPr>
              <w:spacing w:line="250" w:lineRule="auto"/>
              <w:jc w:val="center"/>
              <w:rPr>
                <w:rFonts w:hint="eastAsia"/>
                <w:lang w:val="pl-PL"/>
              </w:rPr>
            </w:pPr>
            <w:r w:rsidRPr="00601103">
              <w:rPr>
                <w:color w:val="1C1E22"/>
                <w:sz w:val="22"/>
                <w:lang w:val="pl-PL"/>
              </w:rPr>
              <w:t xml:space="preserve">Poczytaj o przygodach kopciuszka i dowiedz się, dlaczego nie mógł odlecieć na zimę do ciepłych krajów. Ciekawe: jak kopciuszek przeżyje mroźną </w:t>
            </w:r>
            <w:proofErr w:type="gramStart"/>
            <w:r w:rsidRPr="00601103">
              <w:rPr>
                <w:color w:val="1C1E22"/>
                <w:sz w:val="22"/>
                <w:lang w:val="pl-PL"/>
              </w:rPr>
              <w:t>zimę?,</w:t>
            </w:r>
            <w:proofErr w:type="gramEnd"/>
            <w:r w:rsidRPr="00601103">
              <w:rPr>
                <w:color w:val="1C1E22"/>
                <w:sz w:val="22"/>
                <w:lang w:val="pl-PL"/>
              </w:rPr>
              <w:t xml:space="preserve"> kto pomógł małemu </w:t>
            </w:r>
            <w:proofErr w:type="gramStart"/>
            <w:r w:rsidRPr="00601103">
              <w:rPr>
                <w:color w:val="1C1E22"/>
                <w:sz w:val="22"/>
                <w:lang w:val="pl-PL"/>
              </w:rPr>
              <w:t>ptaszkowi?,</w:t>
            </w:r>
            <w:proofErr w:type="gramEnd"/>
            <w:r w:rsidRPr="00601103">
              <w:rPr>
                <w:color w:val="1C1E22"/>
                <w:sz w:val="22"/>
                <w:lang w:val="pl-PL"/>
              </w:rPr>
              <w:t xml:space="preserve"> jakie sposoby na przetrwanie zimy mają inne zwierzęta?</w:t>
            </w:r>
          </w:p>
        </w:tc>
      </w:tr>
      <w:tr w:rsidR="006B6354" w14:paraId="2CF87A5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D2A6D80" w14:textId="77777777" w:rsidR="006B6354" w:rsidRDefault="00000000">
            <w:pPr>
              <w:rPr>
                <w:rFonts w:hint="eastAsia"/>
              </w:rPr>
            </w:pPr>
            <w:r>
              <w:rPr>
                <w:b/>
                <w:color w:val="0C0C0C"/>
                <w:sz w:val="18"/>
              </w:rPr>
              <w:t>N0014</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FB77B0D" w14:textId="77777777" w:rsidR="006B6354" w:rsidRDefault="00000000">
            <w:pPr>
              <w:rPr>
                <w:rFonts w:hint="eastAsia"/>
              </w:rPr>
            </w:pPr>
            <w:r>
              <w:rPr>
                <w:b/>
                <w:color w:val="0C0C0C"/>
                <w:sz w:val="18"/>
              </w:rPr>
              <w:t>N0015</w:t>
            </w:r>
          </w:p>
        </w:tc>
      </w:tr>
      <w:tr w:rsidR="006B6354" w:rsidRPr="00601103" w14:paraId="350016D6"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343042B0" w14:textId="77777777" w:rsidR="006B6354" w:rsidRDefault="00000000">
            <w:pPr>
              <w:spacing w:line="240" w:lineRule="auto"/>
              <w:jc w:val="center"/>
              <w:rPr>
                <w:rFonts w:hint="eastAsia"/>
              </w:rPr>
            </w:pPr>
            <w:proofErr w:type="spellStart"/>
            <w:r>
              <w:rPr>
                <w:b/>
                <w:color w:val="FFFFFF"/>
              </w:rPr>
              <w:lastRenderedPageBreak/>
              <w:t>Niesforny</w:t>
            </w:r>
            <w:proofErr w:type="spellEnd"/>
            <w:r>
              <w:rPr>
                <w:b/>
                <w:color w:val="FFFFFF"/>
              </w:rPr>
              <w:t xml:space="preserve"> </w:t>
            </w:r>
            <w:proofErr w:type="spellStart"/>
            <w:r>
              <w:rPr>
                <w:b/>
                <w:color w:val="FFFFFF"/>
              </w:rPr>
              <w:t>alfabet</w:t>
            </w:r>
            <w:proofErr w:type="spellEnd"/>
          </w:p>
          <w:p w14:paraId="3A7B222B" w14:textId="77777777" w:rsidR="006B6354" w:rsidRDefault="00000000">
            <w:pPr>
              <w:spacing w:line="240" w:lineRule="auto"/>
              <w:jc w:val="center"/>
              <w:rPr>
                <w:rFonts w:hint="eastAsia"/>
              </w:rPr>
            </w:pPr>
            <w:r>
              <w:rPr>
                <w:i/>
                <w:color w:val="F8F0F9"/>
                <w:sz w:val="18"/>
              </w:rPr>
              <w:t>Grzegorz Kazdepke</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20DAA95C" w14:textId="77777777" w:rsidR="006B6354" w:rsidRPr="00601103" w:rsidRDefault="00000000">
            <w:pPr>
              <w:spacing w:line="240" w:lineRule="auto"/>
              <w:jc w:val="center"/>
              <w:rPr>
                <w:rFonts w:hint="eastAsia"/>
                <w:lang w:val="pl-PL"/>
              </w:rPr>
            </w:pPr>
            <w:r w:rsidRPr="00601103">
              <w:rPr>
                <w:b/>
                <w:color w:val="FFFFFF"/>
                <w:lang w:val="pl-PL"/>
              </w:rPr>
              <w:t>Abecadło wierszyki o literkach.</w:t>
            </w:r>
          </w:p>
          <w:p w14:paraId="7F9FEACF" w14:textId="77777777" w:rsidR="006B6354" w:rsidRPr="00601103" w:rsidRDefault="00000000">
            <w:pPr>
              <w:spacing w:line="240" w:lineRule="auto"/>
              <w:jc w:val="center"/>
              <w:rPr>
                <w:rFonts w:hint="eastAsia"/>
                <w:lang w:val="pl-PL"/>
              </w:rPr>
            </w:pPr>
            <w:r w:rsidRPr="00601103">
              <w:rPr>
                <w:i/>
                <w:color w:val="F8F0F9"/>
                <w:sz w:val="18"/>
                <w:lang w:val="pl-PL"/>
              </w:rPr>
              <w:t xml:space="preserve">Anna </w:t>
            </w:r>
            <w:proofErr w:type="spellStart"/>
            <w:r w:rsidRPr="00601103">
              <w:rPr>
                <w:i/>
                <w:color w:val="F8F0F9"/>
                <w:sz w:val="18"/>
                <w:lang w:val="pl-PL"/>
              </w:rPr>
              <w:t>Edyk</w:t>
            </w:r>
            <w:proofErr w:type="spellEnd"/>
            <w:r w:rsidRPr="00601103">
              <w:rPr>
                <w:i/>
                <w:color w:val="F8F0F9"/>
                <w:sz w:val="18"/>
                <w:lang w:val="pl-PL"/>
              </w:rPr>
              <w:t xml:space="preserve"> – </w:t>
            </w:r>
            <w:proofErr w:type="spellStart"/>
            <w:r w:rsidRPr="00601103">
              <w:rPr>
                <w:i/>
                <w:color w:val="F8F0F9"/>
                <w:sz w:val="18"/>
                <w:lang w:val="pl-PL"/>
              </w:rPr>
              <w:t>Psut</w:t>
            </w:r>
            <w:proofErr w:type="spellEnd"/>
          </w:p>
        </w:tc>
      </w:tr>
      <w:tr w:rsidR="006B6354" w:rsidRPr="00601103" w14:paraId="6BBF2174"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F78F186" w14:textId="77777777" w:rsidR="006B6354" w:rsidRDefault="00000000">
            <w:pPr>
              <w:jc w:val="center"/>
              <w:rPr>
                <w:rFonts w:hint="eastAsia"/>
              </w:rPr>
            </w:pPr>
            <w:r>
              <w:rPr>
                <w:noProof/>
              </w:rPr>
              <w:drawing>
                <wp:inline distT="0" distB="0" distL="0" distR="0" wp14:anchorId="7BDAD9DD" wp14:editId="15E4DC7D">
                  <wp:extent cx="1227600" cy="1621866"/>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0"/>
                          <a:stretch>
                            <a:fillRect/>
                          </a:stretch>
                        </pic:blipFill>
                        <pic:spPr>
                          <a:xfrm>
                            <a:off x="0" y="0"/>
                            <a:ext cx="1227600" cy="1621866"/>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DD67D18" w14:textId="77777777" w:rsidR="006B6354" w:rsidRPr="00601103" w:rsidRDefault="00000000">
            <w:pPr>
              <w:spacing w:line="250" w:lineRule="auto"/>
              <w:jc w:val="center"/>
              <w:rPr>
                <w:rFonts w:hint="eastAsia"/>
                <w:lang w:val="pl-PL"/>
              </w:rPr>
            </w:pPr>
            <w:r w:rsidRPr="00601103">
              <w:rPr>
                <w:color w:val="1C1E22"/>
                <w:sz w:val="22"/>
                <w:lang w:val="pl-PL"/>
              </w:rPr>
              <w:t>Czy poznając alfabet można dobrze się bawić? Oj, można, można... Kto nie wierzy, niech zajrzy do tej książki. Oto zbiór króciutkich opowiadań, które pomogą najmłodszych poznać wszystkie litery alfabetu. Poznać i polubić, bo jak tu nie czuć sympatii do fakira Franciszka czy gąski Gosi, prawda?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889CC45" w14:textId="77777777" w:rsidR="006B6354" w:rsidRDefault="00000000">
            <w:pPr>
              <w:jc w:val="center"/>
              <w:rPr>
                <w:rFonts w:hint="eastAsia"/>
              </w:rPr>
            </w:pPr>
            <w:r>
              <w:rPr>
                <w:noProof/>
              </w:rPr>
              <w:drawing>
                <wp:inline distT="0" distB="0" distL="0" distR="0" wp14:anchorId="07EB5BCA" wp14:editId="6B2D0695">
                  <wp:extent cx="1227600" cy="18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1"/>
                          <a:stretch>
                            <a:fillRect/>
                          </a:stretch>
                        </pic:blipFill>
                        <pic:spPr>
                          <a:xfrm>
                            <a:off x="0" y="0"/>
                            <a:ext cx="1227600" cy="18000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96E6902" w14:textId="77777777" w:rsidR="006B6354" w:rsidRPr="00601103" w:rsidRDefault="00000000">
            <w:pPr>
              <w:spacing w:line="250" w:lineRule="auto"/>
              <w:jc w:val="center"/>
              <w:rPr>
                <w:rFonts w:hint="eastAsia"/>
                <w:lang w:val="pl-PL"/>
              </w:rPr>
            </w:pPr>
            <w:r w:rsidRPr="00601103">
              <w:rPr>
                <w:color w:val="1C1E22"/>
                <w:sz w:val="22"/>
                <w:lang w:val="pl-PL"/>
              </w:rPr>
              <w:t>Kolorowa książeczka z sympatycznymi wierszykami o literkach. Dzięki nim dziecko pozna całe abecadło, a kolorowe, humorystyczne ilustracje uprzyjemnią czytanie.</w:t>
            </w:r>
          </w:p>
        </w:tc>
      </w:tr>
      <w:tr w:rsidR="006B6354" w14:paraId="3AEDEB7A"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E735408" w14:textId="77777777" w:rsidR="006B6354" w:rsidRDefault="00000000">
            <w:pPr>
              <w:rPr>
                <w:rFonts w:hint="eastAsia"/>
              </w:rPr>
            </w:pPr>
            <w:r>
              <w:rPr>
                <w:b/>
                <w:color w:val="0C0C0C"/>
                <w:sz w:val="18"/>
              </w:rPr>
              <w:t>N0016</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96B782B" w14:textId="77777777" w:rsidR="006B6354" w:rsidRDefault="00000000">
            <w:pPr>
              <w:rPr>
                <w:rFonts w:hint="eastAsia"/>
              </w:rPr>
            </w:pPr>
            <w:r>
              <w:rPr>
                <w:b/>
                <w:color w:val="0C0C0C"/>
                <w:sz w:val="18"/>
              </w:rPr>
              <w:t>N0017</w:t>
            </w:r>
          </w:p>
        </w:tc>
      </w:tr>
      <w:tr w:rsidR="006B6354" w:rsidRPr="00601103" w14:paraId="7194283C"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546F89B3" w14:textId="77777777" w:rsidR="006B6354" w:rsidRPr="00601103" w:rsidRDefault="00000000">
            <w:pPr>
              <w:spacing w:line="240" w:lineRule="auto"/>
              <w:jc w:val="center"/>
              <w:rPr>
                <w:rFonts w:hint="eastAsia"/>
                <w:lang w:val="pl-PL"/>
              </w:rPr>
            </w:pPr>
            <w:r w:rsidRPr="00601103">
              <w:rPr>
                <w:b/>
                <w:color w:val="FFFFFF"/>
                <w:lang w:val="pl-PL"/>
              </w:rPr>
              <w:t>Bawimy się wesoło</w:t>
            </w:r>
          </w:p>
          <w:p w14:paraId="560284D2" w14:textId="77777777" w:rsidR="006B6354" w:rsidRPr="00601103" w:rsidRDefault="00000000">
            <w:pPr>
              <w:spacing w:line="240" w:lineRule="auto"/>
              <w:jc w:val="center"/>
              <w:rPr>
                <w:rFonts w:hint="eastAsia"/>
                <w:lang w:val="pl-PL"/>
              </w:rPr>
            </w:pPr>
            <w:r w:rsidRPr="00601103">
              <w:rPr>
                <w:i/>
                <w:color w:val="F8F0F9"/>
                <w:sz w:val="18"/>
                <w:lang w:val="pl-PL"/>
              </w:rPr>
              <w:t>Małgorzata Małachowska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39AE629A" w14:textId="77777777" w:rsidR="006B6354" w:rsidRPr="00601103" w:rsidRDefault="00000000">
            <w:pPr>
              <w:spacing w:line="240" w:lineRule="auto"/>
              <w:jc w:val="center"/>
              <w:rPr>
                <w:rFonts w:hint="eastAsia"/>
                <w:lang w:val="pl-PL"/>
              </w:rPr>
            </w:pPr>
            <w:r w:rsidRPr="00601103">
              <w:rPr>
                <w:b/>
                <w:color w:val="FFFFFF"/>
                <w:lang w:val="pl-PL"/>
              </w:rPr>
              <w:t>Origami dla przedszkolaków</w:t>
            </w:r>
          </w:p>
          <w:p w14:paraId="72098083" w14:textId="77777777" w:rsidR="006B6354" w:rsidRPr="00601103" w:rsidRDefault="00000000">
            <w:pPr>
              <w:spacing w:line="240" w:lineRule="auto"/>
              <w:jc w:val="center"/>
              <w:rPr>
                <w:rFonts w:hint="eastAsia"/>
                <w:lang w:val="pl-PL"/>
              </w:rPr>
            </w:pPr>
            <w:r w:rsidRPr="00601103">
              <w:rPr>
                <w:i/>
                <w:color w:val="F8F0F9"/>
                <w:sz w:val="18"/>
                <w:lang w:val="pl-PL"/>
              </w:rPr>
              <w:t xml:space="preserve">Joan </w:t>
            </w:r>
            <w:proofErr w:type="spellStart"/>
            <w:r w:rsidRPr="00601103">
              <w:rPr>
                <w:i/>
                <w:color w:val="F8F0F9"/>
                <w:sz w:val="18"/>
                <w:lang w:val="pl-PL"/>
              </w:rPr>
              <w:t>Sallas</w:t>
            </w:r>
            <w:proofErr w:type="spellEnd"/>
          </w:p>
        </w:tc>
      </w:tr>
      <w:tr w:rsidR="006B6354" w:rsidRPr="00601103" w14:paraId="2B91F37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BD86F5F" w14:textId="77777777" w:rsidR="006B6354" w:rsidRDefault="00000000">
            <w:pPr>
              <w:jc w:val="center"/>
              <w:rPr>
                <w:rFonts w:hint="eastAsia"/>
              </w:rPr>
            </w:pPr>
            <w:r>
              <w:rPr>
                <w:noProof/>
              </w:rPr>
              <w:drawing>
                <wp:inline distT="0" distB="0" distL="0" distR="0" wp14:anchorId="396276CB" wp14:editId="11741C8C">
                  <wp:extent cx="1227600" cy="17089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2"/>
                          <a:stretch>
                            <a:fillRect/>
                          </a:stretch>
                        </pic:blipFill>
                        <pic:spPr>
                          <a:xfrm>
                            <a:off x="0" y="0"/>
                            <a:ext cx="1227600" cy="1708925"/>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93566CE" w14:textId="77777777" w:rsidR="006B6354" w:rsidRDefault="00000000">
            <w:pPr>
              <w:spacing w:line="250" w:lineRule="auto"/>
              <w:jc w:val="center"/>
              <w:rPr>
                <w:rFonts w:hint="eastAsia"/>
              </w:rPr>
            </w:pPr>
            <w:r w:rsidRPr="00601103">
              <w:rPr>
                <w:color w:val="1C1E22"/>
                <w:sz w:val="22"/>
                <w:lang w:val="pl-PL"/>
              </w:rPr>
              <w:t xml:space="preserve">i najciekawsze piosenki wraz ze scenariuszami zabaw dla dzieci. Do książki dołączono płytę z 24 piosenkami, w tym także utworami w wersji instrumentalnej. </w:t>
            </w:r>
            <w:proofErr w:type="spellStart"/>
            <w:r>
              <w:rPr>
                <w:color w:val="1C1E22"/>
                <w:sz w:val="22"/>
              </w:rPr>
              <w:t>Dodatkowo</w:t>
            </w:r>
            <w:proofErr w:type="spellEnd"/>
            <w:r>
              <w:rPr>
                <w:color w:val="1C1E22"/>
                <w:sz w:val="22"/>
              </w:rPr>
              <w:t xml:space="preserve"> </w:t>
            </w:r>
            <w:proofErr w:type="spellStart"/>
            <w:r>
              <w:rPr>
                <w:color w:val="1C1E22"/>
                <w:sz w:val="22"/>
              </w:rPr>
              <w:t>każdy</w:t>
            </w:r>
            <w:proofErr w:type="spellEnd"/>
            <w:r>
              <w:rPr>
                <w:color w:val="1C1E22"/>
                <w:sz w:val="22"/>
              </w:rPr>
              <w:t xml:space="preserve"> </w:t>
            </w:r>
            <w:proofErr w:type="spellStart"/>
            <w:r>
              <w:rPr>
                <w:color w:val="1C1E22"/>
                <w:sz w:val="22"/>
              </w:rPr>
              <w:t>tekst</w:t>
            </w:r>
            <w:proofErr w:type="spellEnd"/>
            <w:r>
              <w:rPr>
                <w:color w:val="1C1E22"/>
                <w:sz w:val="22"/>
              </w:rPr>
              <w:t xml:space="preserve"> </w:t>
            </w:r>
            <w:proofErr w:type="spellStart"/>
            <w:r>
              <w:rPr>
                <w:color w:val="1C1E22"/>
                <w:sz w:val="22"/>
              </w:rPr>
              <w:t>został</w:t>
            </w:r>
            <w:proofErr w:type="spellEnd"/>
            <w:r>
              <w:rPr>
                <w:color w:val="1C1E22"/>
                <w:sz w:val="22"/>
              </w:rPr>
              <w:t xml:space="preserve"> opatrzony zapisem nutowym.</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0B5B7C4" w14:textId="77777777" w:rsidR="006B6354" w:rsidRDefault="00000000">
            <w:pPr>
              <w:jc w:val="center"/>
              <w:rPr>
                <w:rFonts w:hint="eastAsia"/>
              </w:rPr>
            </w:pPr>
            <w:r>
              <w:rPr>
                <w:noProof/>
              </w:rPr>
              <w:drawing>
                <wp:inline distT="0" distB="0" distL="0" distR="0" wp14:anchorId="2E77CF52" wp14:editId="455959ED">
                  <wp:extent cx="1227600" cy="1227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657A641" w14:textId="77777777" w:rsidR="006B6354" w:rsidRPr="00601103" w:rsidRDefault="00000000">
            <w:pPr>
              <w:spacing w:line="250" w:lineRule="auto"/>
              <w:jc w:val="center"/>
              <w:rPr>
                <w:rFonts w:hint="eastAsia"/>
                <w:lang w:val="pl-PL"/>
              </w:rPr>
            </w:pPr>
            <w:r w:rsidRPr="00601103">
              <w:rPr>
                <w:color w:val="1C1E22"/>
                <w:sz w:val="22"/>
                <w:lang w:val="pl-PL"/>
              </w:rPr>
              <w:t>japońską sztuką składania papieru ORIGAMI - dają wspaniała okazję do niecodziennej zabawy. Papierowe stworzenia i przedmioty skaczą, wirują, grają i latają - wywołują uśmiech dziecka, rozwijają jego wyobraźnię i poprawiają sprawność manualną, tak pomocną przy nauce pisania.</w:t>
            </w:r>
          </w:p>
        </w:tc>
      </w:tr>
      <w:tr w:rsidR="006B6354" w14:paraId="22A3ECC9"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935ECA2" w14:textId="77777777" w:rsidR="006B6354" w:rsidRDefault="00000000">
            <w:pPr>
              <w:rPr>
                <w:rFonts w:hint="eastAsia"/>
              </w:rPr>
            </w:pPr>
            <w:r>
              <w:rPr>
                <w:b/>
                <w:color w:val="0C0C0C"/>
                <w:sz w:val="18"/>
              </w:rPr>
              <w:t>N0018</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4C3B282" w14:textId="77777777" w:rsidR="006B6354" w:rsidRDefault="00000000">
            <w:pPr>
              <w:rPr>
                <w:rFonts w:hint="eastAsia"/>
              </w:rPr>
            </w:pPr>
            <w:r>
              <w:rPr>
                <w:b/>
                <w:color w:val="0C0C0C"/>
                <w:sz w:val="18"/>
              </w:rPr>
              <w:t>N0019</w:t>
            </w:r>
          </w:p>
        </w:tc>
      </w:tr>
      <w:tr w:rsidR="006B6354" w:rsidRPr="00601103" w14:paraId="0D229B39"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237970E7" w14:textId="77777777" w:rsidR="006B6354" w:rsidRPr="00601103" w:rsidRDefault="00000000">
            <w:pPr>
              <w:spacing w:line="240" w:lineRule="auto"/>
              <w:jc w:val="center"/>
              <w:rPr>
                <w:rFonts w:hint="eastAsia"/>
                <w:lang w:val="pl-PL"/>
              </w:rPr>
            </w:pPr>
            <w:r w:rsidRPr="00601103">
              <w:rPr>
                <w:b/>
                <w:color w:val="FFFFFF"/>
                <w:lang w:val="pl-PL"/>
              </w:rPr>
              <w:lastRenderedPageBreak/>
              <w:t>Ilustrowany inwentarz ptaków</w:t>
            </w:r>
          </w:p>
          <w:p w14:paraId="04ED0D76" w14:textId="77777777" w:rsidR="006B6354" w:rsidRPr="00601103" w:rsidRDefault="00000000">
            <w:pPr>
              <w:spacing w:line="240" w:lineRule="auto"/>
              <w:jc w:val="center"/>
              <w:rPr>
                <w:rFonts w:hint="eastAsia"/>
                <w:lang w:val="pl-PL"/>
              </w:rPr>
            </w:pPr>
            <w:r w:rsidRPr="00601103">
              <w:rPr>
                <w:i/>
                <w:color w:val="F8F0F9"/>
                <w:sz w:val="18"/>
                <w:lang w:val="pl-PL"/>
              </w:rPr>
              <w:t xml:space="preserve">Virginie </w:t>
            </w:r>
            <w:proofErr w:type="spellStart"/>
            <w:r w:rsidRPr="00601103">
              <w:rPr>
                <w:i/>
                <w:color w:val="F8F0F9"/>
                <w:sz w:val="18"/>
                <w:lang w:val="pl-PL"/>
              </w:rPr>
              <w:t>Aladjidi</w:t>
            </w:r>
            <w:proofErr w:type="spellEnd"/>
            <w:r w:rsidRPr="00601103">
              <w:rPr>
                <w:i/>
                <w:color w:val="F8F0F9"/>
                <w:sz w:val="18"/>
                <w:lang w:val="pl-PL"/>
              </w:rPr>
              <w:t xml:space="preserve"> </w:t>
            </w:r>
            <w:proofErr w:type="spellStart"/>
            <w:r w:rsidRPr="00601103">
              <w:rPr>
                <w:i/>
                <w:color w:val="F8F0F9"/>
                <w:sz w:val="18"/>
                <w:lang w:val="pl-PL"/>
              </w:rPr>
              <w:t>Emmanuelle</w:t>
            </w:r>
            <w:proofErr w:type="spellEnd"/>
            <w:r w:rsidRPr="00601103">
              <w:rPr>
                <w:i/>
                <w:color w:val="F8F0F9"/>
                <w:sz w:val="18"/>
                <w:lang w:val="pl-PL"/>
              </w:rPr>
              <w:t xml:space="preserve"> </w:t>
            </w:r>
            <w:proofErr w:type="spellStart"/>
            <w:r w:rsidRPr="00601103">
              <w:rPr>
                <w:i/>
                <w:color w:val="F8F0F9"/>
                <w:sz w:val="18"/>
                <w:lang w:val="pl-PL"/>
              </w:rPr>
              <w:t>Tchoukriel</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275217"/>
            <w:tcMar>
              <w:top w:w="30" w:type="dxa"/>
              <w:left w:w="40" w:type="dxa"/>
              <w:bottom w:w="25" w:type="dxa"/>
              <w:right w:w="40" w:type="dxa"/>
            </w:tcMar>
            <w:vAlign w:val="center"/>
          </w:tcPr>
          <w:p w14:paraId="152A1C8B" w14:textId="77777777" w:rsidR="006B6354" w:rsidRPr="00601103" w:rsidRDefault="00000000">
            <w:pPr>
              <w:spacing w:line="240" w:lineRule="auto"/>
              <w:jc w:val="center"/>
              <w:rPr>
                <w:rFonts w:hint="eastAsia"/>
                <w:lang w:val="pl-PL"/>
              </w:rPr>
            </w:pPr>
            <w:r w:rsidRPr="00601103">
              <w:rPr>
                <w:b/>
                <w:color w:val="FFFFFF"/>
                <w:lang w:val="pl-PL"/>
              </w:rPr>
              <w:t>Pozytywna dyscyplina dla przedszkolaków.</w:t>
            </w:r>
          </w:p>
          <w:p w14:paraId="0B95CE93" w14:textId="77777777" w:rsidR="006B6354" w:rsidRPr="00601103" w:rsidRDefault="00000000">
            <w:pPr>
              <w:spacing w:line="240" w:lineRule="auto"/>
              <w:jc w:val="center"/>
              <w:rPr>
                <w:rFonts w:hint="eastAsia"/>
                <w:lang w:val="pl-PL"/>
              </w:rPr>
            </w:pPr>
            <w:proofErr w:type="spellStart"/>
            <w:r w:rsidRPr="00601103">
              <w:rPr>
                <w:i/>
                <w:color w:val="F8F0F9"/>
                <w:sz w:val="18"/>
                <w:lang w:val="pl-PL"/>
              </w:rPr>
              <w:t>Jane</w:t>
            </w:r>
            <w:proofErr w:type="spellEnd"/>
            <w:r w:rsidRPr="00601103">
              <w:rPr>
                <w:i/>
                <w:color w:val="F8F0F9"/>
                <w:sz w:val="18"/>
                <w:lang w:val="pl-PL"/>
              </w:rPr>
              <w:t xml:space="preserve"> </w:t>
            </w:r>
            <w:proofErr w:type="spellStart"/>
            <w:r w:rsidRPr="00601103">
              <w:rPr>
                <w:i/>
                <w:color w:val="F8F0F9"/>
                <w:sz w:val="18"/>
                <w:lang w:val="pl-PL"/>
              </w:rPr>
              <w:t>Nelsen</w:t>
            </w:r>
            <w:proofErr w:type="spellEnd"/>
            <w:r w:rsidRPr="00601103">
              <w:rPr>
                <w:i/>
                <w:color w:val="F8F0F9"/>
                <w:sz w:val="18"/>
                <w:lang w:val="pl-PL"/>
              </w:rPr>
              <w:t xml:space="preserve">, Cheryl Erwin, </w:t>
            </w:r>
            <w:proofErr w:type="spellStart"/>
            <w:r w:rsidRPr="00601103">
              <w:rPr>
                <w:i/>
                <w:color w:val="F8F0F9"/>
                <w:sz w:val="18"/>
                <w:lang w:val="pl-PL"/>
              </w:rPr>
              <w:t>Roslyn</w:t>
            </w:r>
            <w:proofErr w:type="spellEnd"/>
            <w:r w:rsidRPr="00601103">
              <w:rPr>
                <w:i/>
                <w:color w:val="F8F0F9"/>
                <w:sz w:val="18"/>
                <w:lang w:val="pl-PL"/>
              </w:rPr>
              <w:t xml:space="preserve"> Ann </w:t>
            </w:r>
            <w:proofErr w:type="spellStart"/>
            <w:r w:rsidRPr="00601103">
              <w:rPr>
                <w:i/>
                <w:color w:val="F8F0F9"/>
                <w:sz w:val="18"/>
                <w:lang w:val="pl-PL"/>
              </w:rPr>
              <w:t>Duffy</w:t>
            </w:r>
            <w:proofErr w:type="spellEnd"/>
          </w:p>
        </w:tc>
      </w:tr>
      <w:tr w:rsidR="006B6354" w14:paraId="09CF626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3A98791" w14:textId="77777777" w:rsidR="006B6354" w:rsidRDefault="00000000">
            <w:pPr>
              <w:jc w:val="center"/>
              <w:rPr>
                <w:rFonts w:hint="eastAsia"/>
              </w:rPr>
            </w:pPr>
            <w:r>
              <w:rPr>
                <w:noProof/>
              </w:rPr>
              <w:drawing>
                <wp:inline distT="0" distB="0" distL="0" distR="0" wp14:anchorId="0FDBAA79" wp14:editId="7927A178">
                  <wp:extent cx="1227600" cy="17437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9C27F73" w14:textId="77777777" w:rsidR="006B6354" w:rsidRPr="00601103" w:rsidRDefault="00000000">
            <w:pPr>
              <w:spacing w:line="250" w:lineRule="auto"/>
              <w:jc w:val="center"/>
              <w:rPr>
                <w:rFonts w:hint="eastAsia"/>
                <w:lang w:val="pl-PL"/>
              </w:rPr>
            </w:pPr>
            <w:r w:rsidRPr="00601103">
              <w:rPr>
                <w:color w:val="1C1E22"/>
                <w:sz w:val="22"/>
                <w:lang w:val="pl-PL"/>
              </w:rPr>
              <w:t xml:space="preserve">Zawiera opisy i wizerunki 76 ptaków z różnych stron świata. </w:t>
            </w:r>
            <w:proofErr w:type="spellStart"/>
            <w:r w:rsidRPr="00601103">
              <w:rPr>
                <w:color w:val="1C1E22"/>
                <w:sz w:val="22"/>
                <w:lang w:val="pl-PL"/>
              </w:rPr>
              <w:t>Emmanuelle</w:t>
            </w:r>
            <w:proofErr w:type="spellEnd"/>
            <w:r w:rsidRPr="00601103">
              <w:rPr>
                <w:color w:val="1C1E22"/>
                <w:sz w:val="22"/>
                <w:lang w:val="pl-PL"/>
              </w:rPr>
              <w:t xml:space="preserve"> </w:t>
            </w:r>
            <w:proofErr w:type="spellStart"/>
            <w:r w:rsidRPr="00601103">
              <w:rPr>
                <w:color w:val="1C1E22"/>
                <w:sz w:val="22"/>
                <w:lang w:val="pl-PL"/>
              </w:rPr>
              <w:t>Tchoukriel</w:t>
            </w:r>
            <w:proofErr w:type="spellEnd"/>
            <w:r w:rsidRPr="00601103">
              <w:rPr>
                <w:color w:val="1C1E22"/>
                <w:sz w:val="22"/>
                <w:lang w:val="pl-PL"/>
              </w:rPr>
              <w:t>, ilustratorka specjalizująca się w sporządzaniu rycin naukowych, sportretowała ptaki z precyzją i artyzmem godnymi przyrodników z minionych stuleci.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5A013FA" w14:textId="77777777" w:rsidR="006B6354" w:rsidRDefault="00000000">
            <w:pPr>
              <w:jc w:val="center"/>
              <w:rPr>
                <w:rFonts w:hint="eastAsia"/>
              </w:rPr>
            </w:pPr>
            <w:r>
              <w:rPr>
                <w:noProof/>
              </w:rPr>
              <w:drawing>
                <wp:inline distT="0" distB="0" distL="0" distR="0" wp14:anchorId="006A7DAC" wp14:editId="1063D361">
                  <wp:extent cx="1227600" cy="1227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5"/>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92B364F" w14:textId="77777777" w:rsidR="006B6354" w:rsidRDefault="00000000">
            <w:pPr>
              <w:spacing w:line="250" w:lineRule="auto"/>
              <w:jc w:val="center"/>
              <w:rPr>
                <w:rFonts w:hint="eastAsia"/>
              </w:rPr>
            </w:pPr>
            <w:r w:rsidRPr="00601103">
              <w:rPr>
                <w:color w:val="1C1E22"/>
                <w:lang w:val="pl-PL"/>
              </w:rPr>
              <w:t xml:space="preserve">Niezależnie od tego, jak bardzo kochasz swojego malucha, nie unikniesz chwil frustracji, gniewu, a nawet bezradności jako rodzic. Pozytywna Dyscyplina to podejście, które proponuje inne metody niż karanie. Ta książka jest adresowana przede wszystkim do rodziców dzieci w wieku 3-6 lat i wychodzi naprzeciw wyzwaniom związanym z okresem przedszkolnym. </w:t>
            </w:r>
            <w:proofErr w:type="spellStart"/>
            <w:r>
              <w:rPr>
                <w:color w:val="1C1E22"/>
              </w:rPr>
              <w:t>Omawia</w:t>
            </w:r>
            <w:proofErr w:type="spellEnd"/>
            <w:r>
              <w:rPr>
                <w:color w:val="1C1E22"/>
              </w:rPr>
              <w:t xml:space="preserve"> </w:t>
            </w:r>
            <w:proofErr w:type="spellStart"/>
            <w:r>
              <w:rPr>
                <w:color w:val="1C1E22"/>
              </w:rPr>
              <w:t>typowe</w:t>
            </w:r>
            <w:proofErr w:type="spellEnd"/>
            <w:r>
              <w:rPr>
                <w:color w:val="1C1E22"/>
              </w:rPr>
              <w:t xml:space="preserve"> problem </w:t>
            </w:r>
            <w:proofErr w:type="spellStart"/>
            <w:r>
              <w:rPr>
                <w:color w:val="1C1E22"/>
              </w:rPr>
              <w:t>i</w:t>
            </w:r>
            <w:proofErr w:type="spellEnd"/>
            <w:r>
              <w:rPr>
                <w:color w:val="1C1E22"/>
              </w:rPr>
              <w:t xml:space="preserve"> dostarcza bogatą listę gotowych rozwiązań.</w:t>
            </w:r>
          </w:p>
        </w:tc>
      </w:tr>
      <w:tr w:rsidR="006B6354" w14:paraId="1A529A2E"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3FE9388" w14:textId="77777777" w:rsidR="006B6354" w:rsidRDefault="00000000">
            <w:pPr>
              <w:rPr>
                <w:rFonts w:hint="eastAsia"/>
              </w:rPr>
            </w:pPr>
            <w:r>
              <w:rPr>
                <w:b/>
                <w:color w:val="0C0C0C"/>
                <w:sz w:val="18"/>
              </w:rPr>
              <w:t>N0020</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86EB641" w14:textId="77777777" w:rsidR="006B6354" w:rsidRDefault="00000000">
            <w:pPr>
              <w:rPr>
                <w:rFonts w:hint="eastAsia"/>
              </w:rPr>
            </w:pPr>
            <w:r>
              <w:rPr>
                <w:b/>
                <w:color w:val="0C0C0C"/>
                <w:sz w:val="18"/>
              </w:rPr>
              <w:t>R0012</w:t>
            </w:r>
          </w:p>
        </w:tc>
      </w:tr>
      <w:tr w:rsidR="006B6354" w14:paraId="3EE66958" w14:textId="77777777" w:rsidTr="00601103">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275217"/>
            <w:tcMar>
              <w:top w:w="30" w:type="dxa"/>
              <w:left w:w="40" w:type="dxa"/>
              <w:bottom w:w="25" w:type="dxa"/>
              <w:right w:w="40" w:type="dxa"/>
            </w:tcMar>
            <w:vAlign w:val="center"/>
          </w:tcPr>
          <w:p w14:paraId="6DF1A3E2" w14:textId="77777777" w:rsidR="006B6354" w:rsidRDefault="00000000">
            <w:pPr>
              <w:spacing w:line="240" w:lineRule="auto"/>
              <w:jc w:val="center"/>
              <w:rPr>
                <w:rFonts w:hint="eastAsia"/>
              </w:rPr>
            </w:pPr>
            <w:proofErr w:type="spellStart"/>
            <w:r>
              <w:rPr>
                <w:b/>
                <w:color w:val="FFFFFF"/>
              </w:rPr>
              <w:t>Pozytywna</w:t>
            </w:r>
            <w:proofErr w:type="spellEnd"/>
            <w:r>
              <w:rPr>
                <w:b/>
                <w:color w:val="FFFFFF"/>
              </w:rPr>
              <w:t xml:space="preserve"> </w:t>
            </w:r>
            <w:proofErr w:type="spellStart"/>
            <w:r>
              <w:rPr>
                <w:b/>
                <w:color w:val="FFFFFF"/>
              </w:rPr>
              <w:t>Dyscyplina</w:t>
            </w:r>
            <w:proofErr w:type="spellEnd"/>
          </w:p>
          <w:p w14:paraId="6A2918C0" w14:textId="77777777" w:rsidR="006B6354" w:rsidRDefault="00000000">
            <w:pPr>
              <w:spacing w:line="240" w:lineRule="auto"/>
              <w:jc w:val="center"/>
              <w:rPr>
                <w:rFonts w:hint="eastAsia"/>
              </w:rPr>
            </w:pPr>
            <w:r>
              <w:rPr>
                <w:i/>
                <w:color w:val="F8F0F9"/>
                <w:sz w:val="18"/>
              </w:rPr>
              <w:t>Jane Nelsen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275217"/>
            <w:tcMar>
              <w:top w:w="30" w:type="dxa"/>
              <w:left w:w="40" w:type="dxa"/>
              <w:bottom w:w="25" w:type="dxa"/>
              <w:right w:w="40" w:type="dxa"/>
            </w:tcMar>
            <w:vAlign w:val="center"/>
          </w:tcPr>
          <w:p w14:paraId="45A75D22" w14:textId="77777777" w:rsidR="006B6354" w:rsidRDefault="00000000">
            <w:pPr>
              <w:spacing w:line="240" w:lineRule="auto"/>
              <w:jc w:val="center"/>
              <w:rPr>
                <w:rFonts w:hint="eastAsia"/>
              </w:rPr>
            </w:pPr>
            <w:r>
              <w:rPr>
                <w:b/>
                <w:color w:val="FFFFFF"/>
              </w:rPr>
              <w:t>Pozytywna Dyscyplina</w:t>
            </w:r>
          </w:p>
          <w:p w14:paraId="40ACC3F5" w14:textId="77777777" w:rsidR="006B6354" w:rsidRDefault="00000000">
            <w:pPr>
              <w:spacing w:line="240" w:lineRule="auto"/>
              <w:jc w:val="center"/>
              <w:rPr>
                <w:rFonts w:hint="eastAsia"/>
              </w:rPr>
            </w:pPr>
            <w:r>
              <w:rPr>
                <w:i/>
                <w:color w:val="F8F0F9"/>
                <w:sz w:val="18"/>
              </w:rPr>
              <w:t>Jane Nelsen</w:t>
            </w:r>
          </w:p>
        </w:tc>
      </w:tr>
      <w:tr w:rsidR="006B6354" w:rsidRPr="00601103" w14:paraId="61B9F21A"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864188E" w14:textId="77777777" w:rsidR="006B6354" w:rsidRDefault="00000000">
            <w:pPr>
              <w:jc w:val="center"/>
              <w:rPr>
                <w:rFonts w:hint="eastAsia"/>
              </w:rPr>
            </w:pPr>
            <w:r>
              <w:rPr>
                <w:noProof/>
              </w:rPr>
              <w:drawing>
                <wp:inline distT="0" distB="0" distL="0" distR="0" wp14:anchorId="60B0E3F0" wp14:editId="7D256043">
                  <wp:extent cx="1227600" cy="1227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6"/>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30ED348" w14:textId="77777777" w:rsidR="006B6354" w:rsidRPr="00601103" w:rsidRDefault="00000000">
            <w:pPr>
              <w:spacing w:line="250" w:lineRule="auto"/>
              <w:jc w:val="center"/>
              <w:rPr>
                <w:rFonts w:hint="eastAsia"/>
                <w:lang w:val="pl-PL"/>
              </w:rPr>
            </w:pPr>
            <w:r w:rsidRPr="00601103">
              <w:rPr>
                <w:color w:val="1C1E22"/>
                <w:sz w:val="22"/>
                <w:lang w:val="pl-PL"/>
              </w:rPr>
              <w:t>Co mam robić, gdy nie mogę się dogadać z dzieckiem? Jak mam mówić, żeby dziecko mnie słyszało i częściej słuchało? Jak stworzyć warunki do współpracy z dzieckiem? Jak wspierać dziecko bez rozpieszczania? Jak wyznaczać granice, ustalać i egzekwować umowy i dzielić się z dzieckiem obowiązkami?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ACC46E1" w14:textId="77777777" w:rsidR="006B6354" w:rsidRPr="00601103" w:rsidRDefault="006B6354">
            <w:pPr>
              <w:rPr>
                <w:rFonts w:hint="eastAsia"/>
                <w:lang w:val="pl-PL"/>
              </w:rPr>
            </w:pP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9C7D16C" w14:textId="77777777" w:rsidR="006B6354" w:rsidRPr="00601103" w:rsidRDefault="00000000">
            <w:pPr>
              <w:spacing w:line="250" w:lineRule="auto"/>
              <w:jc w:val="center"/>
              <w:rPr>
                <w:rFonts w:hint="eastAsia"/>
                <w:lang w:val="pl-PL"/>
              </w:rPr>
            </w:pPr>
            <w:r w:rsidRPr="00601103">
              <w:rPr>
                <w:color w:val="1C1E22"/>
                <w:sz w:val="22"/>
                <w:lang w:val="pl-PL"/>
              </w:rPr>
              <w:t>Co mam robić, gdy nie mogę się dogadać z dzieckiem? Jak mam mówić, żeby dziecko mnie słyszało i częściej słuchało? Jak stworzyć warunki do współpracy z dzieckiem? Jak wspierać dziecko bez rozpieszczania? Jak wyznaczać granice, ustalać i egzekwować umowy i dzielić się z dzieckiem obowiązkami?</w:t>
            </w:r>
          </w:p>
        </w:tc>
      </w:tr>
      <w:tr w:rsidR="006B6354" w14:paraId="0DEA473A"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589AF6E" w14:textId="77777777" w:rsidR="006B6354" w:rsidRDefault="00000000">
            <w:pPr>
              <w:rPr>
                <w:rFonts w:hint="eastAsia"/>
              </w:rPr>
            </w:pPr>
            <w:r>
              <w:rPr>
                <w:b/>
                <w:color w:val="0C0C0C"/>
                <w:sz w:val="18"/>
              </w:rPr>
              <w:t>R0013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E1BDC95" w14:textId="77777777" w:rsidR="006B6354" w:rsidRDefault="00000000">
            <w:pPr>
              <w:rPr>
                <w:rFonts w:hint="eastAsia"/>
              </w:rPr>
            </w:pPr>
            <w:r>
              <w:rPr>
                <w:b/>
                <w:color w:val="0C0C0C"/>
                <w:sz w:val="18"/>
              </w:rPr>
              <w:t>R0014</w:t>
            </w:r>
          </w:p>
        </w:tc>
      </w:tr>
    </w:tbl>
    <w:p w14:paraId="6FBB42BA" w14:textId="77777777" w:rsidR="00A11C12" w:rsidRPr="00601103" w:rsidRDefault="00A11C12" w:rsidP="00601103">
      <w:pPr>
        <w:rPr>
          <w:sz w:val="2"/>
          <w:szCs w:val="2"/>
        </w:rPr>
      </w:pPr>
    </w:p>
    <w:sectPr w:rsidR="00A11C12" w:rsidRPr="00601103" w:rsidSect="00034616">
      <w:pgSz w:w="16838" w:h="11906"/>
      <w:pgMar w:top="193" w:right="204" w:bottom="193" w:left="20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rlito">
    <w:panose1 w:val="020F0502020204030204"/>
    <w:charset w:val="EE"/>
    <w:family w:val="swiss"/>
    <w:pitch w:val="variable"/>
    <w:sig w:usb0="E10002FF" w:usb1="5000ECFF" w:usb2="00000009"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528953284">
    <w:abstractNumId w:val="8"/>
  </w:num>
  <w:num w:numId="2" w16cid:durableId="562958282">
    <w:abstractNumId w:val="6"/>
  </w:num>
  <w:num w:numId="3" w16cid:durableId="1058355057">
    <w:abstractNumId w:val="5"/>
  </w:num>
  <w:num w:numId="4" w16cid:durableId="1057515939">
    <w:abstractNumId w:val="4"/>
  </w:num>
  <w:num w:numId="5" w16cid:durableId="1076315830">
    <w:abstractNumId w:val="7"/>
  </w:num>
  <w:num w:numId="6" w16cid:durableId="1371147204">
    <w:abstractNumId w:val="3"/>
  </w:num>
  <w:num w:numId="7" w16cid:durableId="1174031972">
    <w:abstractNumId w:val="2"/>
  </w:num>
  <w:num w:numId="8" w16cid:durableId="1960992581">
    <w:abstractNumId w:val="1"/>
  </w:num>
  <w:num w:numId="9" w16cid:durableId="925698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299"/>
    <w:rsid w:val="0015074B"/>
    <w:rsid w:val="0029639D"/>
    <w:rsid w:val="00326F90"/>
    <w:rsid w:val="00601103"/>
    <w:rsid w:val="006B6354"/>
    <w:rsid w:val="00A11C1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BB459"/>
  <w14:defaultImageDpi w14:val="300"/>
  <w15:docId w15:val="{9EFF40B1-8E29-40C9-BC14-FF95BE90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pPr>
    <w:rPr>
      <w:rFonts w:ascii="Carlito" w:hAnsi="Carlito"/>
      <w:sz w:val="21"/>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g"/><Relationship Id="rId21" Type="http://schemas.openxmlformats.org/officeDocument/2006/relationships/image" Target="media/image16.jpg"/><Relationship Id="rId42" Type="http://schemas.openxmlformats.org/officeDocument/2006/relationships/image" Target="media/image37.jpg"/><Relationship Id="rId47" Type="http://schemas.openxmlformats.org/officeDocument/2006/relationships/image" Target="media/image42.jpg"/><Relationship Id="rId63" Type="http://schemas.openxmlformats.org/officeDocument/2006/relationships/image" Target="media/image58.jpg"/><Relationship Id="rId68" Type="http://schemas.openxmlformats.org/officeDocument/2006/relationships/image" Target="media/image63.jpg"/><Relationship Id="rId16" Type="http://schemas.openxmlformats.org/officeDocument/2006/relationships/image" Target="media/image11.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2.jpg"/><Relationship Id="rId40" Type="http://schemas.openxmlformats.org/officeDocument/2006/relationships/image" Target="media/image35.jpg"/><Relationship Id="rId45" Type="http://schemas.openxmlformats.org/officeDocument/2006/relationships/image" Target="media/image40.jpg"/><Relationship Id="rId53" Type="http://schemas.openxmlformats.org/officeDocument/2006/relationships/image" Target="media/image48.jpg"/><Relationship Id="rId58" Type="http://schemas.openxmlformats.org/officeDocument/2006/relationships/image" Target="media/image53.jpg"/><Relationship Id="rId66" Type="http://schemas.openxmlformats.org/officeDocument/2006/relationships/image" Target="media/image61.jpg"/><Relationship Id="rId74" Type="http://schemas.openxmlformats.org/officeDocument/2006/relationships/image" Target="media/image69.jpg"/><Relationship Id="rId5" Type="http://schemas.openxmlformats.org/officeDocument/2006/relationships/webSettings" Target="webSettings.xml"/><Relationship Id="rId61" Type="http://schemas.openxmlformats.org/officeDocument/2006/relationships/image" Target="media/image56.jpg"/><Relationship Id="rId19" Type="http://schemas.openxmlformats.org/officeDocument/2006/relationships/image" Target="media/image1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30.jpg"/><Relationship Id="rId43" Type="http://schemas.openxmlformats.org/officeDocument/2006/relationships/image" Target="media/image38.jpg"/><Relationship Id="rId48" Type="http://schemas.openxmlformats.org/officeDocument/2006/relationships/image" Target="media/image43.jpg"/><Relationship Id="rId56" Type="http://schemas.openxmlformats.org/officeDocument/2006/relationships/image" Target="media/image51.jpg"/><Relationship Id="rId64" Type="http://schemas.openxmlformats.org/officeDocument/2006/relationships/image" Target="media/image59.jpg"/><Relationship Id="rId69" Type="http://schemas.openxmlformats.org/officeDocument/2006/relationships/image" Target="media/image64.jpg"/><Relationship Id="rId77" Type="http://schemas.openxmlformats.org/officeDocument/2006/relationships/fontTable" Target="fontTable.xml"/><Relationship Id="rId8" Type="http://schemas.openxmlformats.org/officeDocument/2006/relationships/image" Target="media/image3.jpg"/><Relationship Id="rId51" Type="http://schemas.openxmlformats.org/officeDocument/2006/relationships/image" Target="media/image46.jpg"/><Relationship Id="rId72" Type="http://schemas.openxmlformats.org/officeDocument/2006/relationships/image" Target="media/image67.jpg"/><Relationship Id="rId3" Type="http://schemas.openxmlformats.org/officeDocument/2006/relationships/styles" Target="style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g"/><Relationship Id="rId38" Type="http://schemas.openxmlformats.org/officeDocument/2006/relationships/image" Target="media/image33.jpg"/><Relationship Id="rId46" Type="http://schemas.openxmlformats.org/officeDocument/2006/relationships/image" Target="media/image41.jpg"/><Relationship Id="rId59" Type="http://schemas.openxmlformats.org/officeDocument/2006/relationships/image" Target="media/image54.jpg"/><Relationship Id="rId67" Type="http://schemas.openxmlformats.org/officeDocument/2006/relationships/image" Target="media/image62.jpg"/><Relationship Id="rId20" Type="http://schemas.openxmlformats.org/officeDocument/2006/relationships/image" Target="media/image15.jpg"/><Relationship Id="rId41" Type="http://schemas.openxmlformats.org/officeDocument/2006/relationships/image" Target="media/image36.jpg"/><Relationship Id="rId54" Type="http://schemas.openxmlformats.org/officeDocument/2006/relationships/image" Target="media/image49.jpg"/><Relationship Id="rId62" Type="http://schemas.openxmlformats.org/officeDocument/2006/relationships/image" Target="media/image57.jpg"/><Relationship Id="rId70" Type="http://schemas.openxmlformats.org/officeDocument/2006/relationships/image" Target="media/image65.jpg"/><Relationship Id="rId75" Type="http://schemas.openxmlformats.org/officeDocument/2006/relationships/image" Target="media/image70.jpg"/><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g"/><Relationship Id="rId49" Type="http://schemas.openxmlformats.org/officeDocument/2006/relationships/image" Target="media/image44.jpg"/><Relationship Id="rId57" Type="http://schemas.openxmlformats.org/officeDocument/2006/relationships/image" Target="media/image52.jpg"/><Relationship Id="rId10" Type="http://schemas.openxmlformats.org/officeDocument/2006/relationships/image" Target="media/image5.jpg"/><Relationship Id="rId31" Type="http://schemas.openxmlformats.org/officeDocument/2006/relationships/image" Target="media/image26.jpg"/><Relationship Id="rId44" Type="http://schemas.openxmlformats.org/officeDocument/2006/relationships/image" Target="media/image39.jpg"/><Relationship Id="rId52" Type="http://schemas.openxmlformats.org/officeDocument/2006/relationships/image" Target="media/image47.jpg"/><Relationship Id="rId60" Type="http://schemas.openxmlformats.org/officeDocument/2006/relationships/image" Target="media/image55.jpg"/><Relationship Id="rId65" Type="http://schemas.openxmlformats.org/officeDocument/2006/relationships/image" Target="media/image60.jpg"/><Relationship Id="rId73" Type="http://schemas.openxmlformats.org/officeDocument/2006/relationships/image" Target="media/image68.jp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g"/><Relationship Id="rId13" Type="http://schemas.openxmlformats.org/officeDocument/2006/relationships/image" Target="media/image8.jpg"/><Relationship Id="rId18" Type="http://schemas.openxmlformats.org/officeDocument/2006/relationships/image" Target="media/image13.jpg"/><Relationship Id="rId39" Type="http://schemas.openxmlformats.org/officeDocument/2006/relationships/image" Target="media/image34.jpg"/><Relationship Id="rId34" Type="http://schemas.openxmlformats.org/officeDocument/2006/relationships/image" Target="media/image29.jpg"/><Relationship Id="rId50" Type="http://schemas.openxmlformats.org/officeDocument/2006/relationships/image" Target="media/image45.jpg"/><Relationship Id="rId55" Type="http://schemas.openxmlformats.org/officeDocument/2006/relationships/image" Target="media/image50.jpg"/><Relationship Id="rId76" Type="http://schemas.openxmlformats.org/officeDocument/2006/relationships/image" Target="media/image71.jpg"/><Relationship Id="rId7" Type="http://schemas.openxmlformats.org/officeDocument/2006/relationships/image" Target="media/image2.jpg"/><Relationship Id="rId71" Type="http://schemas.openxmlformats.org/officeDocument/2006/relationships/image" Target="media/image66.jpg"/><Relationship Id="rId2" Type="http://schemas.openxmlformats.org/officeDocument/2006/relationships/numbering" Target="numbering.xml"/><Relationship Id="rId29"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3859</Words>
  <Characters>23156</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Marcin Drobot</cp:lastModifiedBy>
  <cp:revision>2</cp:revision>
  <dcterms:created xsi:type="dcterms:W3CDTF">2013-12-23T23:15:00Z</dcterms:created>
  <dcterms:modified xsi:type="dcterms:W3CDTF">2026-10-08T12:44:00Z</dcterms:modified>
  <cp:category/>
</cp:coreProperties>
</file>